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1CDBA" w14:textId="77777777" w:rsidR="00974396" w:rsidRDefault="00000000">
      <w:pPr>
        <w:pStyle w:val="Heading1"/>
      </w:pPr>
      <w:r>
        <w:t>Vedic Math Addition Worksheet – Addition Speed Drills</w:t>
      </w:r>
    </w:p>
    <w:p w14:paraId="564E2A17" w14:textId="77777777" w:rsidR="00974396" w:rsidRDefault="00000000">
      <w:r>
        <w:t>Name: ____________________    Date: ____________________</w:t>
      </w:r>
    </w:p>
    <w:p w14:paraId="0FB1A62D" w14:textId="77777777" w:rsidR="00974396" w:rsidRDefault="00000000">
      <w:r>
        <w:t>Time Taken: _______________    Score: _________________</w:t>
      </w:r>
    </w:p>
    <w:p w14:paraId="2D40BC74" w14:textId="77777777" w:rsidR="00974396" w:rsidRDefault="00000000">
      <w:pPr>
        <w:pStyle w:val="Heading2"/>
      </w:pPr>
      <w:r>
        <w:t>Section A – Left-to-Right Addition</w:t>
      </w:r>
    </w:p>
    <w:p w14:paraId="278A7925" w14:textId="77777777" w:rsidR="00974396" w:rsidRDefault="00000000">
      <w:r>
        <w:t>Add from the left, no carrying until the end</w:t>
      </w:r>
    </w:p>
    <w:p w14:paraId="06565377" w14:textId="77777777" w:rsidR="00974396" w:rsidRDefault="00000000">
      <w:r>
        <w:t>1. 235 + 412 = ________</w:t>
      </w:r>
    </w:p>
    <w:p w14:paraId="38CCB999" w14:textId="77777777" w:rsidR="00974396" w:rsidRDefault="00000000">
      <w:r>
        <w:t>2. 648 + 257 = ________</w:t>
      </w:r>
    </w:p>
    <w:p w14:paraId="20F8F35B" w14:textId="77777777" w:rsidR="00974396" w:rsidRDefault="00000000">
      <w:r>
        <w:t>3. 578 + 343 = ________</w:t>
      </w:r>
    </w:p>
    <w:p w14:paraId="099CBC8F" w14:textId="77777777" w:rsidR="00974396" w:rsidRDefault="00000000">
      <w:r>
        <w:t>4. 794 + 186 = ________</w:t>
      </w:r>
    </w:p>
    <w:p w14:paraId="5CFA6CE6" w14:textId="77777777" w:rsidR="00974396" w:rsidRDefault="00000000">
      <w:r>
        <w:t>5. 832 + 457 = ________</w:t>
      </w:r>
    </w:p>
    <w:p w14:paraId="0E30A12E" w14:textId="77777777" w:rsidR="00974396" w:rsidRDefault="00000000">
      <w:pPr>
        <w:pStyle w:val="Heading2"/>
      </w:pPr>
      <w:r>
        <w:t>Section B – Base Number Method</w:t>
      </w:r>
    </w:p>
    <w:p w14:paraId="7AA40B38" w14:textId="77777777" w:rsidR="00974396" w:rsidRDefault="00000000">
      <w:r>
        <w:t>Numbers close to 10, 100, 1000</w:t>
      </w:r>
    </w:p>
    <w:p w14:paraId="024F5550" w14:textId="77777777" w:rsidR="00974396" w:rsidRDefault="00000000">
      <w:r>
        <w:t>6. 999 + 248 = ________</w:t>
      </w:r>
    </w:p>
    <w:p w14:paraId="38889C2E" w14:textId="77777777" w:rsidR="00974396" w:rsidRDefault="00000000">
      <w:r>
        <w:t>7. 997 + 186 = ________</w:t>
      </w:r>
    </w:p>
    <w:p w14:paraId="6BDC5A71" w14:textId="77777777" w:rsidR="00974396" w:rsidRDefault="00000000">
      <w:r>
        <w:t>8. 995 + 354 = ________</w:t>
      </w:r>
    </w:p>
    <w:p w14:paraId="7F8687B3" w14:textId="77777777" w:rsidR="00974396" w:rsidRDefault="00000000">
      <w:r>
        <w:t>9. 1002 + 576 = ________</w:t>
      </w:r>
    </w:p>
    <w:p w14:paraId="6710D888" w14:textId="77777777" w:rsidR="00974396" w:rsidRDefault="00000000">
      <w:r>
        <w:t>10. 989 + 462 = ________</w:t>
      </w:r>
    </w:p>
    <w:p w14:paraId="0C4FD903" w14:textId="77777777" w:rsidR="00974396" w:rsidRDefault="00000000">
      <w:pPr>
        <w:pStyle w:val="Heading2"/>
      </w:pPr>
      <w:r>
        <w:t>Section C – Equal Addition Trick</w:t>
      </w:r>
    </w:p>
    <w:p w14:paraId="6E450860" w14:textId="77777777" w:rsidR="00974396" w:rsidRDefault="00000000">
      <w:r>
        <w:t>Round one number up, then adjust</w:t>
      </w:r>
    </w:p>
    <w:p w14:paraId="695F453B" w14:textId="77777777" w:rsidR="00974396" w:rsidRDefault="00000000">
      <w:r>
        <w:t>11. 498 + 267 = ________</w:t>
      </w:r>
    </w:p>
    <w:p w14:paraId="06EFDA1B" w14:textId="77777777" w:rsidR="00974396" w:rsidRDefault="00000000">
      <w:r>
        <w:t>12. 696 + 379 = ________</w:t>
      </w:r>
    </w:p>
    <w:p w14:paraId="3A8EDFFA" w14:textId="77777777" w:rsidR="00974396" w:rsidRDefault="00000000">
      <w:r>
        <w:t>13. 895 + 267 = ________</w:t>
      </w:r>
    </w:p>
    <w:p w14:paraId="16334D12" w14:textId="77777777" w:rsidR="00974396" w:rsidRDefault="00000000">
      <w:r>
        <w:t>14. 598 + 472 = ________</w:t>
      </w:r>
    </w:p>
    <w:p w14:paraId="49205772" w14:textId="77777777" w:rsidR="00974396" w:rsidRDefault="00000000">
      <w:r>
        <w:t>15. 392 + 659 = ________</w:t>
      </w:r>
    </w:p>
    <w:p w14:paraId="78C79B2F" w14:textId="77777777" w:rsidR="00974396" w:rsidRDefault="00000000">
      <w:pPr>
        <w:pStyle w:val="Heading2"/>
      </w:pPr>
      <w:r>
        <w:t>Section D – Carry-Free Addition</w:t>
      </w:r>
    </w:p>
    <w:p w14:paraId="1C99540F" w14:textId="77777777" w:rsidR="00974396" w:rsidRDefault="00000000">
      <w:r>
        <w:t>Ignore carry until the end</w:t>
      </w:r>
    </w:p>
    <w:p w14:paraId="413A9233" w14:textId="77777777" w:rsidR="00974396" w:rsidRDefault="00000000">
      <w:r>
        <w:lastRenderedPageBreak/>
        <w:t>16. 67 + 48 = ________</w:t>
      </w:r>
    </w:p>
    <w:p w14:paraId="7F0784B1" w14:textId="77777777" w:rsidR="00974396" w:rsidRDefault="00000000">
      <w:r>
        <w:t>17. 86 + 79 = ________</w:t>
      </w:r>
    </w:p>
    <w:p w14:paraId="5E7A7628" w14:textId="77777777" w:rsidR="00974396" w:rsidRDefault="00000000">
      <w:r>
        <w:t>18. 95 + 88 = ________</w:t>
      </w:r>
    </w:p>
    <w:p w14:paraId="1B13C01D" w14:textId="77777777" w:rsidR="00974396" w:rsidRDefault="00000000">
      <w:r>
        <w:t>19. 79 + 98 = ________</w:t>
      </w:r>
    </w:p>
    <w:p w14:paraId="5FBDDB5F" w14:textId="77777777" w:rsidR="00974396" w:rsidRDefault="00000000">
      <w:r>
        <w:t>20. 88 + 76 = ________</w:t>
      </w:r>
    </w:p>
    <w:p w14:paraId="1195A641" w14:textId="77777777" w:rsidR="00974396" w:rsidRDefault="00000000">
      <w:pPr>
        <w:pStyle w:val="Heading2"/>
      </w:pPr>
      <w:r>
        <w:t>Section E – Split &amp; Add</w:t>
      </w:r>
    </w:p>
    <w:p w14:paraId="3517BDD1" w14:textId="77777777" w:rsidR="00974396" w:rsidRDefault="00000000">
      <w:r>
        <w:t>Break into hundreds/tens/units</w:t>
      </w:r>
    </w:p>
    <w:p w14:paraId="6AD9C939" w14:textId="77777777" w:rsidR="00974396" w:rsidRDefault="00000000">
      <w:r>
        <w:t>21. 642 + 537 = ________</w:t>
      </w:r>
    </w:p>
    <w:p w14:paraId="400988CB" w14:textId="77777777" w:rsidR="00974396" w:rsidRDefault="00000000">
      <w:r>
        <w:t>22. 578 + 426 = ________</w:t>
      </w:r>
    </w:p>
    <w:p w14:paraId="48D19B9A" w14:textId="77777777" w:rsidR="00974396" w:rsidRDefault="00000000">
      <w:r>
        <w:t>23. 784 + 359 = ________</w:t>
      </w:r>
    </w:p>
    <w:p w14:paraId="2C4B4434" w14:textId="77777777" w:rsidR="00974396" w:rsidRDefault="00000000">
      <w:r>
        <w:t>24. 899 + 267 = ________</w:t>
      </w:r>
    </w:p>
    <w:p w14:paraId="5E844FE3" w14:textId="77777777" w:rsidR="00974396" w:rsidRDefault="00000000">
      <w:r>
        <w:t>25. 731 + 468 = ________</w:t>
      </w:r>
    </w:p>
    <w:p w14:paraId="14F99EDE" w14:textId="77777777" w:rsidR="00974396" w:rsidRDefault="00000000">
      <w:pPr>
        <w:pStyle w:val="Heading2"/>
      </w:pPr>
      <w:r>
        <w:t>Speed Challenge – Mixed Methods</w:t>
      </w:r>
    </w:p>
    <w:p w14:paraId="4750779A" w14:textId="77777777" w:rsidR="00974396" w:rsidRDefault="00000000">
      <w:r>
        <w:t>Choose the fastest trick for each</w:t>
      </w:r>
    </w:p>
    <w:p w14:paraId="75091753" w14:textId="77777777" w:rsidR="00974396" w:rsidRDefault="00000000">
      <w:r>
        <w:t>26. 998 + 246 = ________</w:t>
      </w:r>
    </w:p>
    <w:p w14:paraId="78D0B6D2" w14:textId="77777777" w:rsidR="00974396" w:rsidRDefault="00000000">
      <w:r>
        <w:t>27. 486 + 329 = ________</w:t>
      </w:r>
    </w:p>
    <w:p w14:paraId="7A02973D" w14:textId="77777777" w:rsidR="00974396" w:rsidRDefault="00000000">
      <w:r>
        <w:t>28. 695 + 279 = ________</w:t>
      </w:r>
    </w:p>
    <w:p w14:paraId="5070F03A" w14:textId="77777777" w:rsidR="00974396" w:rsidRDefault="00000000">
      <w:r>
        <w:t>29. 1003 + 578 = ________</w:t>
      </w:r>
    </w:p>
    <w:p w14:paraId="17BCBEA9" w14:textId="77777777" w:rsidR="00974396" w:rsidRDefault="00000000">
      <w:r>
        <w:t>30. 896 + 174 = ________</w:t>
      </w:r>
    </w:p>
    <w:p w14:paraId="59990159" w14:textId="670CB4B5" w:rsidR="00974396" w:rsidRDefault="00974396"/>
    <w:sectPr w:rsidR="0097439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3602772">
    <w:abstractNumId w:val="8"/>
  </w:num>
  <w:num w:numId="2" w16cid:durableId="1377780548">
    <w:abstractNumId w:val="6"/>
  </w:num>
  <w:num w:numId="3" w16cid:durableId="397945525">
    <w:abstractNumId w:val="5"/>
  </w:num>
  <w:num w:numId="4" w16cid:durableId="1998000296">
    <w:abstractNumId w:val="4"/>
  </w:num>
  <w:num w:numId="5" w16cid:durableId="581261425">
    <w:abstractNumId w:val="7"/>
  </w:num>
  <w:num w:numId="6" w16cid:durableId="23486595">
    <w:abstractNumId w:val="3"/>
  </w:num>
  <w:num w:numId="7" w16cid:durableId="2045667889">
    <w:abstractNumId w:val="2"/>
  </w:num>
  <w:num w:numId="8" w16cid:durableId="288902241">
    <w:abstractNumId w:val="1"/>
  </w:num>
  <w:num w:numId="9" w16cid:durableId="1619484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74396"/>
    <w:rsid w:val="00A70A2E"/>
    <w:rsid w:val="00AA1D8D"/>
    <w:rsid w:val="00B47730"/>
    <w:rsid w:val="00CA1C4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3920B9"/>
  <w14:defaultImageDpi w14:val="300"/>
  <w15:docId w15:val="{826B5370-6DB6-EA4E-9437-78D80A41D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Tanish Jain</cp:lastModifiedBy>
  <cp:revision>2</cp:revision>
  <dcterms:created xsi:type="dcterms:W3CDTF">2025-08-10T08:05:00Z</dcterms:created>
  <dcterms:modified xsi:type="dcterms:W3CDTF">2025-08-10T08:05:00Z</dcterms:modified>
  <cp:category/>
</cp:coreProperties>
</file>