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A0F2A" w14:textId="77777777" w:rsidR="00ED280C" w:rsidRDefault="00000000">
      <w:pPr>
        <w:pStyle w:val="Heading2"/>
      </w:pPr>
      <w:r>
        <w:t>Vedic Math Mixed Skills Test – 40 Questions</w:t>
      </w:r>
    </w:p>
    <w:p w14:paraId="71F49A32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1. 499 + 678</w:t>
      </w:r>
    </w:p>
    <w:p w14:paraId="4FCC5C23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2. 398 + 507</w:t>
      </w:r>
    </w:p>
    <w:p w14:paraId="6DF77AD0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3. 899 + 456</w:t>
      </w:r>
    </w:p>
    <w:p w14:paraId="4A2F5E12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4. 2,999 + 3,782</w:t>
      </w:r>
    </w:p>
    <w:p w14:paraId="1638B095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5. 1,000 – 478</w:t>
      </w:r>
    </w:p>
    <w:p w14:paraId="17DB0804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6. 500 – 286</w:t>
      </w:r>
    </w:p>
    <w:p w14:paraId="48CF4AA8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7. 10,000 – 9,487</w:t>
      </w:r>
    </w:p>
    <w:p w14:paraId="536FFAA1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8. 2,000 – 1,489</w:t>
      </w:r>
    </w:p>
    <w:p w14:paraId="09EEC609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9. 103 × 107</w:t>
      </w:r>
    </w:p>
    <w:p w14:paraId="28300F0D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10. 98 × 97</w:t>
      </w:r>
    </w:p>
    <w:p w14:paraId="56BE4003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11. 995 × 996</w:t>
      </w:r>
    </w:p>
    <w:p w14:paraId="5BAA8835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12. 1,002 × 1,004</w:t>
      </w:r>
    </w:p>
    <w:p w14:paraId="38384048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13. 42 × 16</w:t>
      </w:r>
    </w:p>
    <w:p w14:paraId="6106DAA1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14. 58 × 24</w:t>
      </w:r>
    </w:p>
    <w:p w14:paraId="5EFE2F79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15. 125 × 48</w:t>
      </w:r>
    </w:p>
    <w:p w14:paraId="58701EC1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16. 37 × 125</w:t>
      </w:r>
    </w:p>
    <w:p w14:paraId="6058BE3C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17. 59 × 21</w:t>
      </w:r>
    </w:p>
    <w:p w14:paraId="4786E1C2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18. 87 × 13</w:t>
      </w:r>
    </w:p>
    <w:p w14:paraId="1C8FA0C7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19. 64 × 32</w:t>
      </w:r>
    </w:p>
    <w:p w14:paraId="4D17A8D7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20. 71 × 29</w:t>
      </w:r>
    </w:p>
    <w:p w14:paraId="1FB522F0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21. 468 ÷ 4</w:t>
      </w:r>
    </w:p>
    <w:p w14:paraId="030A1B12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22. 832 ÷ 8</w:t>
      </w:r>
    </w:p>
    <w:p w14:paraId="35BD38C3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23. 1,236 ÷ 6</w:t>
      </w:r>
    </w:p>
    <w:p w14:paraId="373765A9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24. 2,408 ÷ 8</w:t>
      </w:r>
    </w:p>
    <w:p w14:paraId="6343E68C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lastRenderedPageBreak/>
        <w:t>25. 1,092 ÷ 12</w:t>
      </w:r>
    </w:p>
    <w:p w14:paraId="3EF0871D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26. 2,304 ÷ 48</w:t>
      </w:r>
    </w:p>
    <w:p w14:paraId="2C7C3FD9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27. 1,215 ÷ 15</w:t>
      </w:r>
    </w:p>
    <w:p w14:paraId="35AA3948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28. 3,276 ÷ 24</w:t>
      </w:r>
    </w:p>
    <w:p w14:paraId="5E6443A4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29. Place value of 7 in 7,543</w:t>
      </w:r>
    </w:p>
    <w:p w14:paraId="4783C52B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30. Place value of 5 in 5,826</w:t>
      </w:r>
    </w:p>
    <w:p w14:paraId="252FCD40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31. Place value of 4 in 4,395</w:t>
      </w:r>
    </w:p>
    <w:p w14:paraId="35E1E6CB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32. Place value of 9 in 9,832</w:t>
      </w:r>
    </w:p>
    <w:p w14:paraId="365FCBB8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33. Face value of 7 in 7,543</w:t>
      </w:r>
    </w:p>
    <w:p w14:paraId="141720BF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34. Face value of 5 in 5,826</w:t>
      </w:r>
    </w:p>
    <w:p w14:paraId="564FFD20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35. Face value of 4 in 4,395</w:t>
      </w:r>
    </w:p>
    <w:p w14:paraId="55AEA83D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36. Face value of 9 in 9,832</w:t>
      </w:r>
    </w:p>
    <w:p w14:paraId="2879106A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37. 1,000 – 769</w:t>
      </w:r>
    </w:p>
    <w:p w14:paraId="47778DB2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38. 125 × 36</w:t>
      </w:r>
    </w:p>
    <w:p w14:paraId="5083C1AD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39. 2,408 ÷ 8</w:t>
      </w:r>
    </w:p>
    <w:p w14:paraId="69A9E5C8" w14:textId="77777777" w:rsidR="00ED280C" w:rsidRPr="00557F77" w:rsidRDefault="00000000">
      <w:pPr>
        <w:pStyle w:val="Heading3"/>
        <w:rPr>
          <w:color w:val="000000" w:themeColor="text1"/>
        </w:rPr>
      </w:pPr>
      <w:r w:rsidRPr="00557F77">
        <w:rPr>
          <w:color w:val="000000" w:themeColor="text1"/>
        </w:rPr>
        <w:t>40. 998 × 1,002</w:t>
      </w:r>
    </w:p>
    <w:sectPr w:rsidR="00ED280C" w:rsidRPr="00557F7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3027367">
    <w:abstractNumId w:val="8"/>
  </w:num>
  <w:num w:numId="2" w16cid:durableId="349066569">
    <w:abstractNumId w:val="6"/>
  </w:num>
  <w:num w:numId="3" w16cid:durableId="1089423442">
    <w:abstractNumId w:val="5"/>
  </w:num>
  <w:num w:numId="4" w16cid:durableId="1052996926">
    <w:abstractNumId w:val="4"/>
  </w:num>
  <w:num w:numId="5" w16cid:durableId="184752607">
    <w:abstractNumId w:val="7"/>
  </w:num>
  <w:num w:numId="6" w16cid:durableId="686979363">
    <w:abstractNumId w:val="3"/>
  </w:num>
  <w:num w:numId="7" w16cid:durableId="1802772594">
    <w:abstractNumId w:val="2"/>
  </w:num>
  <w:num w:numId="8" w16cid:durableId="1490513901">
    <w:abstractNumId w:val="1"/>
  </w:num>
  <w:num w:numId="9" w16cid:durableId="860781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7F77"/>
    <w:rsid w:val="00AA1D8D"/>
    <w:rsid w:val="00B47730"/>
    <w:rsid w:val="00CA1C4E"/>
    <w:rsid w:val="00CB0664"/>
    <w:rsid w:val="00ED28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3A8FB8"/>
  <w14:defaultImageDpi w14:val="300"/>
  <w15:docId w15:val="{826B5370-6DB6-EA4E-9437-78D80A41D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Tanish Jain</cp:lastModifiedBy>
  <cp:revision>2</cp:revision>
  <dcterms:created xsi:type="dcterms:W3CDTF">2013-12-23T23:15:00Z</dcterms:created>
  <dcterms:modified xsi:type="dcterms:W3CDTF">2025-08-10T09:56:00Z</dcterms:modified>
  <cp:category/>
</cp:coreProperties>
</file>