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6CFC3" w14:textId="77777777" w:rsidR="00D04FD5" w:rsidRDefault="00000000">
      <w:pPr>
        <w:pStyle w:val="Heading1"/>
      </w:pPr>
      <w:r>
        <w:t>Fractions Operations Worksheet</w:t>
      </w:r>
    </w:p>
    <w:p w14:paraId="088D240A" w14:textId="77777777" w:rsidR="00D04FD5" w:rsidRDefault="00000000">
      <w:pPr>
        <w:pStyle w:val="Heading2"/>
      </w:pPr>
      <w:r>
        <w:t>Part A – Addition of Fractions</w:t>
      </w:r>
    </w:p>
    <w:p w14:paraId="255D6D92" w14:textId="4CE6829B" w:rsidR="008D0EBA" w:rsidRDefault="008D0EBA" w:rsidP="008D0EBA">
      <w:r>
        <w:t xml:space="preserve">1. </w:t>
      </w:r>
      <w:r w:rsidR="00000000">
        <w:t>2/5 + 3/5 = ______</w:t>
      </w:r>
    </w:p>
    <w:p w14:paraId="79C737F4" w14:textId="77777777" w:rsidR="008D0EBA" w:rsidRDefault="008D0EBA" w:rsidP="008D0EBA"/>
    <w:p w14:paraId="0F94063D" w14:textId="77777777" w:rsidR="008D0EBA" w:rsidRDefault="008D0EBA" w:rsidP="008D0EBA"/>
    <w:p w14:paraId="340D9678" w14:textId="77777777" w:rsidR="008D0EBA" w:rsidRDefault="008D0EBA" w:rsidP="008D0EBA"/>
    <w:p w14:paraId="59F5B3E2" w14:textId="77777777" w:rsidR="008D0EBA" w:rsidRDefault="008D0EBA" w:rsidP="008D0EBA"/>
    <w:p w14:paraId="5283FF95" w14:textId="77777777" w:rsidR="00D04FD5" w:rsidRDefault="00000000">
      <w:r>
        <w:t>2. 7/10 + 2/10 = ______</w:t>
      </w:r>
    </w:p>
    <w:p w14:paraId="2F515C9E" w14:textId="77777777" w:rsidR="008D0EBA" w:rsidRDefault="008D0EBA"/>
    <w:p w14:paraId="3F185DFF" w14:textId="77777777" w:rsidR="008D0EBA" w:rsidRDefault="008D0EBA"/>
    <w:p w14:paraId="7A93D1F7" w14:textId="77777777" w:rsidR="008D0EBA" w:rsidRDefault="008D0EBA"/>
    <w:p w14:paraId="7ED9CFEB" w14:textId="77777777" w:rsidR="008D0EBA" w:rsidRDefault="008D0EBA"/>
    <w:p w14:paraId="794316C4" w14:textId="77777777" w:rsidR="008D0EBA" w:rsidRDefault="008D0EBA"/>
    <w:p w14:paraId="2CF0DCF5" w14:textId="77777777" w:rsidR="00D04FD5" w:rsidRDefault="00000000">
      <w:r>
        <w:t>3. 3/8 + 1/4 = ______</w:t>
      </w:r>
    </w:p>
    <w:p w14:paraId="6BDB4136" w14:textId="77777777" w:rsidR="008D0EBA" w:rsidRDefault="008D0EBA"/>
    <w:p w14:paraId="1DE76AB2" w14:textId="77777777" w:rsidR="008D0EBA" w:rsidRDefault="008D0EBA"/>
    <w:p w14:paraId="3B1B6AAC" w14:textId="77777777" w:rsidR="008D0EBA" w:rsidRDefault="008D0EBA"/>
    <w:p w14:paraId="6F507FD5" w14:textId="77777777" w:rsidR="008D0EBA" w:rsidRDefault="008D0EBA"/>
    <w:p w14:paraId="2F597713" w14:textId="77777777" w:rsidR="00D04FD5" w:rsidRDefault="00000000">
      <w:r>
        <w:t>4. 5/6 + 1/3 = ______</w:t>
      </w:r>
    </w:p>
    <w:p w14:paraId="36620916" w14:textId="77777777" w:rsidR="008D0EBA" w:rsidRDefault="008D0EBA"/>
    <w:p w14:paraId="1F404966" w14:textId="77777777" w:rsidR="008D0EBA" w:rsidRDefault="008D0EBA"/>
    <w:p w14:paraId="156AA98B" w14:textId="77777777" w:rsidR="008D0EBA" w:rsidRDefault="008D0EBA"/>
    <w:p w14:paraId="16CB6E0D" w14:textId="77777777" w:rsidR="008D0EBA" w:rsidRDefault="008D0EBA"/>
    <w:p w14:paraId="1639E61A" w14:textId="77777777" w:rsidR="00D04FD5" w:rsidRDefault="00000000">
      <w:r>
        <w:t>5. 7/12 + 5/12 = ______</w:t>
      </w:r>
    </w:p>
    <w:p w14:paraId="46082A88" w14:textId="77777777" w:rsidR="008D0EBA" w:rsidRDefault="008D0EBA"/>
    <w:p w14:paraId="403B75B4" w14:textId="77777777" w:rsidR="008D0EBA" w:rsidRDefault="008D0EBA"/>
    <w:p w14:paraId="7FFAD818" w14:textId="77777777" w:rsidR="008D0EBA" w:rsidRDefault="008D0EBA"/>
    <w:p w14:paraId="3CE25785" w14:textId="77777777" w:rsidR="008D0EBA" w:rsidRDefault="008D0EBA"/>
    <w:p w14:paraId="463D30E3" w14:textId="77777777" w:rsidR="00D04FD5" w:rsidRDefault="00000000">
      <w:pPr>
        <w:pStyle w:val="Heading2"/>
      </w:pPr>
      <w:r>
        <w:t>Part B – Subtraction of Fractions</w:t>
      </w:r>
    </w:p>
    <w:p w14:paraId="34894C35" w14:textId="77777777" w:rsidR="00D04FD5" w:rsidRDefault="00000000">
      <w:r>
        <w:t>6. 5/6 – 1/6 = ______</w:t>
      </w:r>
    </w:p>
    <w:p w14:paraId="215E0C95" w14:textId="77777777" w:rsidR="008D0EBA" w:rsidRDefault="008D0EBA"/>
    <w:p w14:paraId="3FCBE0C8" w14:textId="77777777" w:rsidR="008D0EBA" w:rsidRDefault="008D0EBA"/>
    <w:p w14:paraId="113B9914" w14:textId="77777777" w:rsidR="008D0EBA" w:rsidRDefault="008D0EBA"/>
    <w:p w14:paraId="737370E8" w14:textId="77777777" w:rsidR="008D0EBA" w:rsidRDefault="008D0EBA"/>
    <w:p w14:paraId="123D5BA2" w14:textId="77777777" w:rsidR="00D04FD5" w:rsidRDefault="00000000">
      <w:r>
        <w:t>7. 7/10 – 3/10 = ______</w:t>
      </w:r>
    </w:p>
    <w:p w14:paraId="01F8A9F8" w14:textId="77777777" w:rsidR="008D0EBA" w:rsidRDefault="008D0EBA"/>
    <w:p w14:paraId="18C2673A" w14:textId="77777777" w:rsidR="008D0EBA" w:rsidRDefault="008D0EBA"/>
    <w:p w14:paraId="71EDD72E" w14:textId="77777777" w:rsidR="008D0EBA" w:rsidRDefault="008D0EBA"/>
    <w:p w14:paraId="56B8286A" w14:textId="77777777" w:rsidR="008D0EBA" w:rsidRDefault="008D0EBA"/>
    <w:p w14:paraId="56F1092D" w14:textId="77777777" w:rsidR="00D04FD5" w:rsidRDefault="00000000">
      <w:r>
        <w:t>8. 3/4 – 1/8 = ______</w:t>
      </w:r>
    </w:p>
    <w:p w14:paraId="1C557EB9" w14:textId="77777777" w:rsidR="008D0EBA" w:rsidRDefault="008D0EBA"/>
    <w:p w14:paraId="596E64F3" w14:textId="77777777" w:rsidR="008D0EBA" w:rsidRDefault="008D0EBA"/>
    <w:p w14:paraId="222A6A92" w14:textId="77777777" w:rsidR="008D0EBA" w:rsidRDefault="008D0EBA"/>
    <w:p w14:paraId="529F12F8" w14:textId="77777777" w:rsidR="008D0EBA" w:rsidRDefault="008D0EBA"/>
    <w:p w14:paraId="77F9ED71" w14:textId="77777777" w:rsidR="00D04FD5" w:rsidRDefault="00000000">
      <w:r>
        <w:t>9. 11/12 – 5/12 = ______</w:t>
      </w:r>
    </w:p>
    <w:p w14:paraId="26AF137B" w14:textId="77777777" w:rsidR="008D0EBA" w:rsidRDefault="008D0EBA"/>
    <w:p w14:paraId="63CE25D6" w14:textId="77777777" w:rsidR="008D0EBA" w:rsidRDefault="008D0EBA"/>
    <w:p w14:paraId="53EC1377" w14:textId="77777777" w:rsidR="008D0EBA" w:rsidRDefault="008D0EBA"/>
    <w:p w14:paraId="5FC7743E" w14:textId="77777777" w:rsidR="008D0EBA" w:rsidRDefault="008D0EBA"/>
    <w:p w14:paraId="4A17100C" w14:textId="77777777" w:rsidR="00D04FD5" w:rsidRDefault="00000000">
      <w:r>
        <w:t>10. 9/10 – 2/5 = ______</w:t>
      </w:r>
    </w:p>
    <w:p w14:paraId="3DF50FDA" w14:textId="77777777" w:rsidR="008D0EBA" w:rsidRDefault="008D0EBA"/>
    <w:p w14:paraId="7D336C90" w14:textId="77777777" w:rsidR="008D0EBA" w:rsidRDefault="008D0EBA"/>
    <w:p w14:paraId="720BDAF4" w14:textId="77777777" w:rsidR="008D0EBA" w:rsidRDefault="008D0EBA"/>
    <w:p w14:paraId="485E8F2F" w14:textId="77777777" w:rsidR="008D0EBA" w:rsidRDefault="008D0EBA"/>
    <w:p w14:paraId="71CF69E8" w14:textId="77777777" w:rsidR="00D04FD5" w:rsidRDefault="00000000">
      <w:pPr>
        <w:pStyle w:val="Heading2"/>
      </w:pPr>
      <w:r>
        <w:t>Part C – Multiplication of Fractions</w:t>
      </w:r>
    </w:p>
    <w:p w14:paraId="3D1EE969" w14:textId="77777777" w:rsidR="00D04FD5" w:rsidRDefault="00000000">
      <w:r>
        <w:t>11. 2/3 × 3/5 = ______</w:t>
      </w:r>
    </w:p>
    <w:p w14:paraId="391891E9" w14:textId="77777777" w:rsidR="008D0EBA" w:rsidRDefault="008D0EBA"/>
    <w:p w14:paraId="3A24A57E" w14:textId="77777777" w:rsidR="008D0EBA" w:rsidRDefault="008D0EBA"/>
    <w:p w14:paraId="7C00C953" w14:textId="77777777" w:rsidR="008D0EBA" w:rsidRDefault="008D0EBA"/>
    <w:p w14:paraId="1F4ED496" w14:textId="77777777" w:rsidR="008D0EBA" w:rsidRDefault="008D0EBA"/>
    <w:p w14:paraId="65ED2BFF" w14:textId="77777777" w:rsidR="00D04FD5" w:rsidRDefault="00000000">
      <w:r>
        <w:t>12. 4/7 × 2/3 = ______</w:t>
      </w:r>
    </w:p>
    <w:p w14:paraId="274B7803" w14:textId="77777777" w:rsidR="008D0EBA" w:rsidRDefault="008D0EBA"/>
    <w:p w14:paraId="7F3811E2" w14:textId="77777777" w:rsidR="008D0EBA" w:rsidRDefault="008D0EBA"/>
    <w:p w14:paraId="66CADF53" w14:textId="77777777" w:rsidR="008D0EBA" w:rsidRDefault="008D0EBA"/>
    <w:p w14:paraId="148B76C3" w14:textId="77777777" w:rsidR="008D0EBA" w:rsidRDefault="008D0EBA"/>
    <w:p w14:paraId="56BDC115" w14:textId="77777777" w:rsidR="00D04FD5" w:rsidRDefault="00000000">
      <w:r>
        <w:t>13. 5/6 × 1/2 = ______</w:t>
      </w:r>
    </w:p>
    <w:p w14:paraId="56801A00" w14:textId="77777777" w:rsidR="008D0EBA" w:rsidRDefault="008D0EBA"/>
    <w:p w14:paraId="39C8F4CE" w14:textId="77777777" w:rsidR="008D0EBA" w:rsidRDefault="008D0EBA"/>
    <w:p w14:paraId="3E248BF1" w14:textId="77777777" w:rsidR="008D0EBA" w:rsidRDefault="008D0EBA"/>
    <w:p w14:paraId="3BDCA09F" w14:textId="77777777" w:rsidR="008D0EBA" w:rsidRDefault="008D0EBA"/>
    <w:p w14:paraId="48A52E9A" w14:textId="77777777" w:rsidR="00D04FD5" w:rsidRDefault="00000000">
      <w:r>
        <w:t>14. 7/8 × 3/4 = ______</w:t>
      </w:r>
    </w:p>
    <w:p w14:paraId="28D23D66" w14:textId="77777777" w:rsidR="008D0EBA" w:rsidRDefault="008D0EBA"/>
    <w:p w14:paraId="65FEFF59" w14:textId="77777777" w:rsidR="008D0EBA" w:rsidRDefault="008D0EBA"/>
    <w:p w14:paraId="71F330D7" w14:textId="77777777" w:rsidR="008D0EBA" w:rsidRDefault="008D0EBA"/>
    <w:p w14:paraId="00B2E459" w14:textId="77777777" w:rsidR="008D0EBA" w:rsidRDefault="008D0EBA"/>
    <w:p w14:paraId="0AAF0C29" w14:textId="77777777" w:rsidR="008D0EBA" w:rsidRDefault="008D0EBA"/>
    <w:p w14:paraId="53245198" w14:textId="77777777" w:rsidR="008D0EBA" w:rsidRDefault="008D0EBA"/>
    <w:p w14:paraId="03F999F9" w14:textId="77777777" w:rsidR="00D04FD5" w:rsidRDefault="00000000">
      <w:r>
        <w:lastRenderedPageBreak/>
        <w:t>15. 9/10 × 2/5 = ______</w:t>
      </w:r>
    </w:p>
    <w:p w14:paraId="46C42C4B" w14:textId="77777777" w:rsidR="008D0EBA" w:rsidRDefault="008D0EBA"/>
    <w:p w14:paraId="4060B1C8" w14:textId="77777777" w:rsidR="008D0EBA" w:rsidRDefault="008D0EBA"/>
    <w:p w14:paraId="543288A2" w14:textId="77777777" w:rsidR="008D0EBA" w:rsidRDefault="008D0EBA"/>
    <w:p w14:paraId="5DCBF0B6" w14:textId="77777777" w:rsidR="008D0EBA" w:rsidRDefault="008D0EBA"/>
    <w:p w14:paraId="347A26FC" w14:textId="77777777" w:rsidR="008D0EBA" w:rsidRDefault="008D0EBA"/>
    <w:p w14:paraId="199498A3" w14:textId="77777777" w:rsidR="00D04FD5" w:rsidRDefault="00000000">
      <w:pPr>
        <w:pStyle w:val="Heading2"/>
      </w:pPr>
      <w:r>
        <w:t>Part D – Division of Fractions</w:t>
      </w:r>
    </w:p>
    <w:p w14:paraId="74B05B03" w14:textId="77777777" w:rsidR="00D04FD5" w:rsidRDefault="00000000">
      <w:r>
        <w:t>16. 2/3 ÷ 3/5 = ______</w:t>
      </w:r>
    </w:p>
    <w:p w14:paraId="3AA31392" w14:textId="77777777" w:rsidR="008D0EBA" w:rsidRDefault="008D0EBA"/>
    <w:p w14:paraId="38EC5842" w14:textId="77777777" w:rsidR="008D0EBA" w:rsidRDefault="008D0EBA"/>
    <w:p w14:paraId="27F1F104" w14:textId="77777777" w:rsidR="008D0EBA" w:rsidRDefault="008D0EBA"/>
    <w:p w14:paraId="34EAFD38" w14:textId="77777777" w:rsidR="008D0EBA" w:rsidRDefault="008D0EBA"/>
    <w:p w14:paraId="6218AC79" w14:textId="77777777" w:rsidR="008D0EBA" w:rsidRDefault="008D0EBA"/>
    <w:p w14:paraId="21E3BDEF" w14:textId="77777777" w:rsidR="008D0EBA" w:rsidRDefault="008D0EBA"/>
    <w:p w14:paraId="2CA06BF7" w14:textId="77777777" w:rsidR="00D04FD5" w:rsidRDefault="00000000">
      <w:r>
        <w:t>17. 4/7 ÷ 2/3 = ______</w:t>
      </w:r>
    </w:p>
    <w:p w14:paraId="74B38616" w14:textId="77777777" w:rsidR="008D0EBA" w:rsidRDefault="008D0EBA"/>
    <w:p w14:paraId="7C3C0F2C" w14:textId="77777777" w:rsidR="008D0EBA" w:rsidRDefault="008D0EBA"/>
    <w:p w14:paraId="6BA6F17F" w14:textId="77777777" w:rsidR="008D0EBA" w:rsidRDefault="008D0EBA"/>
    <w:p w14:paraId="4A9CAB8F" w14:textId="77777777" w:rsidR="008D0EBA" w:rsidRDefault="008D0EBA"/>
    <w:p w14:paraId="60F72A3A" w14:textId="77777777" w:rsidR="008D0EBA" w:rsidRDefault="008D0EBA"/>
    <w:p w14:paraId="183A452E" w14:textId="77777777" w:rsidR="008D0EBA" w:rsidRDefault="008D0EBA"/>
    <w:p w14:paraId="215AAF89" w14:textId="77777777" w:rsidR="00D04FD5" w:rsidRDefault="00000000">
      <w:r>
        <w:t>18. 5/6 ÷ 1/2 = ______</w:t>
      </w:r>
    </w:p>
    <w:p w14:paraId="5FF7A229" w14:textId="77777777" w:rsidR="008D0EBA" w:rsidRDefault="008D0EBA"/>
    <w:p w14:paraId="4D1072DD" w14:textId="77777777" w:rsidR="008D0EBA" w:rsidRDefault="008D0EBA"/>
    <w:p w14:paraId="0403DC24" w14:textId="77777777" w:rsidR="008D0EBA" w:rsidRDefault="008D0EBA"/>
    <w:p w14:paraId="4730F0CE" w14:textId="77777777" w:rsidR="008D0EBA" w:rsidRDefault="008D0EBA"/>
    <w:p w14:paraId="2F0CD537" w14:textId="77777777" w:rsidR="00D04FD5" w:rsidRDefault="00000000">
      <w:r>
        <w:lastRenderedPageBreak/>
        <w:t>19. 7/8 ÷ 3/4 = ______</w:t>
      </w:r>
    </w:p>
    <w:p w14:paraId="10002EFC" w14:textId="77777777" w:rsidR="008D0EBA" w:rsidRDefault="008D0EBA"/>
    <w:p w14:paraId="00AAF3E3" w14:textId="77777777" w:rsidR="008D0EBA" w:rsidRDefault="008D0EBA"/>
    <w:p w14:paraId="728BB9E0" w14:textId="77777777" w:rsidR="008D0EBA" w:rsidRDefault="008D0EBA"/>
    <w:p w14:paraId="03C00360" w14:textId="77777777" w:rsidR="008D0EBA" w:rsidRDefault="008D0EBA"/>
    <w:p w14:paraId="696B3029" w14:textId="77777777" w:rsidR="008D0EBA" w:rsidRDefault="008D0EBA"/>
    <w:p w14:paraId="1A5C6C89" w14:textId="77777777" w:rsidR="00D04FD5" w:rsidRDefault="00000000">
      <w:r>
        <w:t>20. 9/10 ÷ 2/5 = ______</w:t>
      </w:r>
    </w:p>
    <w:p w14:paraId="7C10E04F" w14:textId="77777777" w:rsidR="008D0EBA" w:rsidRDefault="008D0EBA"/>
    <w:p w14:paraId="1FA4E42B" w14:textId="77777777" w:rsidR="008D0EBA" w:rsidRDefault="008D0EBA"/>
    <w:p w14:paraId="7E41ACB8" w14:textId="77777777" w:rsidR="008D0EBA" w:rsidRDefault="008D0EBA"/>
    <w:p w14:paraId="6DF3CAA8" w14:textId="77777777" w:rsidR="008D0EBA" w:rsidRDefault="008D0EBA"/>
    <w:p w14:paraId="266202D3" w14:textId="77777777" w:rsidR="008D0EBA" w:rsidRDefault="008D0EBA"/>
    <w:p w14:paraId="66BC772B" w14:textId="77777777" w:rsidR="00D04FD5" w:rsidRDefault="00000000">
      <w:pPr>
        <w:pStyle w:val="Heading2"/>
      </w:pPr>
      <w:r>
        <w:t>Part E – Mixed Operations</w:t>
      </w:r>
    </w:p>
    <w:p w14:paraId="67349DB0" w14:textId="77777777" w:rsidR="00D04FD5" w:rsidRDefault="00000000">
      <w:r>
        <w:t>21. 2/5 + 3/10 – 1/2 = ______</w:t>
      </w:r>
    </w:p>
    <w:p w14:paraId="0B57B911" w14:textId="77777777" w:rsidR="008D0EBA" w:rsidRDefault="008D0EBA"/>
    <w:p w14:paraId="686D3A95" w14:textId="77777777" w:rsidR="008D0EBA" w:rsidRDefault="008D0EBA"/>
    <w:p w14:paraId="1CB3BFC9" w14:textId="77777777" w:rsidR="008D0EBA" w:rsidRDefault="008D0EBA"/>
    <w:p w14:paraId="16DDCE32" w14:textId="77777777" w:rsidR="008D0EBA" w:rsidRDefault="008D0EBA"/>
    <w:p w14:paraId="68924672" w14:textId="77777777" w:rsidR="00D04FD5" w:rsidRDefault="00000000">
      <w:r>
        <w:t>22. 3/4 × 2/3 + 1/6 = ______</w:t>
      </w:r>
    </w:p>
    <w:p w14:paraId="57939509" w14:textId="77777777" w:rsidR="008D0EBA" w:rsidRDefault="008D0EBA"/>
    <w:p w14:paraId="6D75EA4C" w14:textId="77777777" w:rsidR="008D0EBA" w:rsidRDefault="008D0EBA"/>
    <w:p w14:paraId="273BCC72" w14:textId="77777777" w:rsidR="008D0EBA" w:rsidRDefault="008D0EBA"/>
    <w:p w14:paraId="0C813F7D" w14:textId="77777777" w:rsidR="008D0EBA" w:rsidRDefault="008D0EBA"/>
    <w:p w14:paraId="4EA577A1" w14:textId="77777777" w:rsidR="00D04FD5" w:rsidRDefault="00000000">
      <w:r>
        <w:t>23. 5/6 ÷ 1/3 – 2/3 = ______</w:t>
      </w:r>
    </w:p>
    <w:p w14:paraId="5F8090E6" w14:textId="77777777" w:rsidR="008D0EBA" w:rsidRDefault="008D0EBA"/>
    <w:p w14:paraId="5C6A599F" w14:textId="77777777" w:rsidR="008D0EBA" w:rsidRDefault="008D0EBA"/>
    <w:p w14:paraId="675051F7" w14:textId="77777777" w:rsidR="008D0EBA" w:rsidRDefault="008D0EBA"/>
    <w:p w14:paraId="3C52100E" w14:textId="77777777" w:rsidR="008D0EBA" w:rsidRDefault="008D0EBA"/>
    <w:p w14:paraId="0A7B07C1" w14:textId="77777777" w:rsidR="008D0EBA" w:rsidRDefault="008D0EBA"/>
    <w:p w14:paraId="3CEB2AC3" w14:textId="77777777" w:rsidR="00D04FD5" w:rsidRDefault="00000000">
      <w:r>
        <w:t>24. 7/8 + 3/16 × 2/5 = ______</w:t>
      </w:r>
    </w:p>
    <w:p w14:paraId="70829ECC" w14:textId="77777777" w:rsidR="008D0EBA" w:rsidRDefault="008D0EBA"/>
    <w:p w14:paraId="1876AAB1" w14:textId="77777777" w:rsidR="008D0EBA" w:rsidRDefault="008D0EBA"/>
    <w:p w14:paraId="73CF98F8" w14:textId="77777777" w:rsidR="008D0EBA" w:rsidRDefault="008D0EBA"/>
    <w:p w14:paraId="044B9766" w14:textId="77777777" w:rsidR="008D0EBA" w:rsidRDefault="008D0EBA"/>
    <w:p w14:paraId="24D45B6D" w14:textId="77777777" w:rsidR="00D04FD5" w:rsidRDefault="00000000">
      <w:r>
        <w:t>25. 9/10 – 1/2 ÷ 3/5 = ______</w:t>
      </w:r>
    </w:p>
    <w:sectPr w:rsidR="00D04F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F96AC4"/>
    <w:multiLevelType w:val="hybridMultilevel"/>
    <w:tmpl w:val="7E3645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188463">
    <w:abstractNumId w:val="8"/>
  </w:num>
  <w:num w:numId="2" w16cid:durableId="1333920192">
    <w:abstractNumId w:val="6"/>
  </w:num>
  <w:num w:numId="3" w16cid:durableId="1480272303">
    <w:abstractNumId w:val="5"/>
  </w:num>
  <w:num w:numId="4" w16cid:durableId="1677921075">
    <w:abstractNumId w:val="4"/>
  </w:num>
  <w:num w:numId="5" w16cid:durableId="1407731014">
    <w:abstractNumId w:val="7"/>
  </w:num>
  <w:num w:numId="6" w16cid:durableId="172034022">
    <w:abstractNumId w:val="3"/>
  </w:num>
  <w:num w:numId="7" w16cid:durableId="427043486">
    <w:abstractNumId w:val="2"/>
  </w:num>
  <w:num w:numId="8" w16cid:durableId="1016347509">
    <w:abstractNumId w:val="1"/>
  </w:num>
  <w:num w:numId="9" w16cid:durableId="2143452625">
    <w:abstractNumId w:val="0"/>
  </w:num>
  <w:num w:numId="10" w16cid:durableId="15502630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D0EBA"/>
    <w:rsid w:val="00AA1D8D"/>
    <w:rsid w:val="00B47730"/>
    <w:rsid w:val="00B67CA4"/>
    <w:rsid w:val="00CB0664"/>
    <w:rsid w:val="00D04F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0B40F7"/>
  <w14:defaultImageDpi w14:val="300"/>
  <w15:docId w15:val="{5D10D796-1E54-384D-A8E8-C8930F1A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TANISH JAIN</cp:lastModifiedBy>
  <cp:revision>2</cp:revision>
  <dcterms:created xsi:type="dcterms:W3CDTF">2013-12-23T23:15:00Z</dcterms:created>
  <dcterms:modified xsi:type="dcterms:W3CDTF">2025-08-26T03:50:00Z</dcterms:modified>
  <cp:category/>
</cp:coreProperties>
</file>