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529C8" w14:textId="77777777" w:rsidR="00833A0E" w:rsidRDefault="00000000">
      <w:pPr>
        <w:pStyle w:val="Heading1"/>
      </w:pPr>
      <w:r>
        <w:t>Worksheet: HCF &amp; LCM Practice</w:t>
      </w:r>
    </w:p>
    <w:p w14:paraId="2430CDE7" w14:textId="77777777" w:rsidR="00833A0E" w:rsidRDefault="00000000">
      <w:pPr>
        <w:pStyle w:val="Heading2"/>
      </w:pPr>
      <w:r>
        <w:t>Section A: HCF (20 Questions)</w:t>
      </w:r>
    </w:p>
    <w:p w14:paraId="7F57CE49" w14:textId="77777777" w:rsidR="00833A0E" w:rsidRDefault="00000000">
      <w:r>
        <w:t>Find the HCF using the quickest method. Show working.</w:t>
      </w:r>
      <w:r>
        <w:br/>
      </w:r>
    </w:p>
    <w:p w14:paraId="5AD982C4" w14:textId="657A755D" w:rsidR="003A784B" w:rsidRDefault="00000000" w:rsidP="003A784B">
      <w:pPr>
        <w:pStyle w:val="ListParagraph"/>
        <w:numPr>
          <w:ilvl w:val="0"/>
          <w:numId w:val="10"/>
        </w:numPr>
      </w:pPr>
      <w:r>
        <w:t>HCF of 182 and 198</w:t>
      </w:r>
    </w:p>
    <w:p w14:paraId="0053C76B" w14:textId="77777777" w:rsidR="003A784B" w:rsidRDefault="003A784B" w:rsidP="003A784B"/>
    <w:p w14:paraId="6691CFA3" w14:textId="0E5C2713" w:rsidR="00833A0E" w:rsidRDefault="00000000" w:rsidP="003A784B">
      <w:r>
        <w:br/>
        <w:t>__________________________________________________</w:t>
      </w:r>
      <w:r>
        <w:br/>
      </w:r>
    </w:p>
    <w:p w14:paraId="6194FB6D" w14:textId="77777777" w:rsidR="003A784B" w:rsidRDefault="00000000" w:rsidP="003A784B">
      <w:pPr>
        <w:pStyle w:val="ListParagraph"/>
        <w:numPr>
          <w:ilvl w:val="0"/>
          <w:numId w:val="10"/>
        </w:numPr>
      </w:pPr>
      <w:r>
        <w:t>HCF of 273 and 483</w:t>
      </w:r>
    </w:p>
    <w:p w14:paraId="261AEB0C" w14:textId="77777777" w:rsidR="003A784B" w:rsidRDefault="003A784B" w:rsidP="003A784B"/>
    <w:p w14:paraId="02D789A5" w14:textId="2CC89578" w:rsidR="00833A0E" w:rsidRDefault="00000000" w:rsidP="003A784B">
      <w:r>
        <w:br/>
        <w:t>__________________________________________________</w:t>
      </w:r>
      <w:r>
        <w:br/>
      </w:r>
    </w:p>
    <w:p w14:paraId="36F21DA5" w14:textId="01682507" w:rsidR="003A784B" w:rsidRDefault="00000000" w:rsidP="003A784B">
      <w:pPr>
        <w:pStyle w:val="ListParagraph"/>
        <w:numPr>
          <w:ilvl w:val="0"/>
          <w:numId w:val="10"/>
        </w:numPr>
      </w:pPr>
      <w:r>
        <w:t>HCF of 84 and 126</w:t>
      </w:r>
    </w:p>
    <w:p w14:paraId="096D1E99" w14:textId="77777777" w:rsidR="003A784B" w:rsidRDefault="003A784B" w:rsidP="003A784B"/>
    <w:p w14:paraId="21C821DC" w14:textId="7BC32B9D" w:rsidR="00833A0E" w:rsidRDefault="00000000" w:rsidP="003A784B">
      <w:r>
        <w:br/>
        <w:t>__________________________________________________</w:t>
      </w:r>
      <w:r>
        <w:br/>
      </w:r>
    </w:p>
    <w:p w14:paraId="1A3A4ACB" w14:textId="49541800" w:rsidR="003A784B" w:rsidRDefault="00000000" w:rsidP="003A784B">
      <w:pPr>
        <w:pStyle w:val="ListParagraph"/>
        <w:numPr>
          <w:ilvl w:val="0"/>
          <w:numId w:val="10"/>
        </w:numPr>
      </w:pPr>
      <w:r>
        <w:t>HCF of 315 and 525</w:t>
      </w:r>
    </w:p>
    <w:p w14:paraId="61DCE75F" w14:textId="77777777" w:rsidR="003A784B" w:rsidRDefault="003A784B" w:rsidP="003A784B"/>
    <w:p w14:paraId="15C7C121" w14:textId="204DC074" w:rsidR="00833A0E" w:rsidRDefault="00000000" w:rsidP="003A784B">
      <w:r>
        <w:br/>
        <w:t>__________________________________________________</w:t>
      </w:r>
      <w:r>
        <w:br/>
      </w:r>
    </w:p>
    <w:p w14:paraId="43FFF404" w14:textId="4D4117E4" w:rsidR="003A784B" w:rsidRDefault="00000000" w:rsidP="003A784B">
      <w:pPr>
        <w:pStyle w:val="ListParagraph"/>
        <w:numPr>
          <w:ilvl w:val="0"/>
          <w:numId w:val="10"/>
        </w:numPr>
      </w:pPr>
      <w:r>
        <w:t>HCF of 391 and 437</w:t>
      </w:r>
    </w:p>
    <w:p w14:paraId="588BD225" w14:textId="77777777" w:rsidR="003A784B" w:rsidRDefault="003A784B" w:rsidP="003A784B"/>
    <w:p w14:paraId="2B48CF0E" w14:textId="000B9CD2" w:rsidR="00833A0E" w:rsidRDefault="00000000" w:rsidP="003A784B">
      <w:r>
        <w:br/>
        <w:t>__________________________________________________</w:t>
      </w:r>
      <w:r>
        <w:br/>
      </w:r>
    </w:p>
    <w:p w14:paraId="784ABCA7" w14:textId="66345CC2" w:rsidR="003A784B" w:rsidRDefault="00000000" w:rsidP="003A784B">
      <w:pPr>
        <w:pStyle w:val="ListParagraph"/>
        <w:numPr>
          <w:ilvl w:val="0"/>
          <w:numId w:val="10"/>
        </w:numPr>
      </w:pPr>
      <w:r>
        <w:t>HCF of 144 and 216</w:t>
      </w:r>
    </w:p>
    <w:p w14:paraId="233C0B2D" w14:textId="45598589" w:rsidR="00833A0E" w:rsidRDefault="00000000" w:rsidP="003A784B">
      <w:r>
        <w:lastRenderedPageBreak/>
        <w:br/>
        <w:t>__________________________________________________</w:t>
      </w:r>
      <w:r>
        <w:br/>
      </w:r>
    </w:p>
    <w:p w14:paraId="4F791F31" w14:textId="74AE87BE" w:rsidR="003A784B" w:rsidRDefault="00000000" w:rsidP="003A784B">
      <w:pPr>
        <w:pStyle w:val="ListParagraph"/>
        <w:numPr>
          <w:ilvl w:val="0"/>
          <w:numId w:val="10"/>
        </w:numPr>
      </w:pPr>
      <w:r>
        <w:t>HCF of 248 and 372</w:t>
      </w:r>
    </w:p>
    <w:p w14:paraId="2D6E6B00" w14:textId="77777777" w:rsidR="003A784B" w:rsidRDefault="003A784B" w:rsidP="003A784B"/>
    <w:p w14:paraId="518594F0" w14:textId="4B4EE9DC" w:rsidR="00833A0E" w:rsidRDefault="00000000" w:rsidP="003A784B">
      <w:r>
        <w:br/>
        <w:t>__________________________________________________</w:t>
      </w:r>
      <w:r>
        <w:br/>
      </w:r>
    </w:p>
    <w:p w14:paraId="1A87B19B" w14:textId="62B53BAF" w:rsidR="003A784B" w:rsidRDefault="00000000" w:rsidP="003A784B">
      <w:pPr>
        <w:pStyle w:val="ListParagraph"/>
        <w:numPr>
          <w:ilvl w:val="0"/>
          <w:numId w:val="10"/>
        </w:numPr>
      </w:pPr>
      <w:r>
        <w:t>HCF of 825 and 990</w:t>
      </w:r>
    </w:p>
    <w:p w14:paraId="5FBA60E3" w14:textId="77777777" w:rsidR="003A784B" w:rsidRDefault="003A784B" w:rsidP="003A784B"/>
    <w:p w14:paraId="0CAFA1FE" w14:textId="42CD797C" w:rsidR="00833A0E" w:rsidRDefault="00000000" w:rsidP="003A784B">
      <w:r>
        <w:br/>
        <w:t>__________________________________________________</w:t>
      </w:r>
      <w:r>
        <w:br/>
      </w:r>
    </w:p>
    <w:p w14:paraId="5548057A" w14:textId="4706FEEC" w:rsidR="003A784B" w:rsidRDefault="00000000" w:rsidP="003A784B">
      <w:pPr>
        <w:pStyle w:val="ListParagraph"/>
        <w:numPr>
          <w:ilvl w:val="0"/>
          <w:numId w:val="10"/>
        </w:numPr>
      </w:pPr>
      <w:r>
        <w:t>HCF of 289 and 323</w:t>
      </w:r>
    </w:p>
    <w:p w14:paraId="31ABFCB5" w14:textId="77777777" w:rsidR="003A784B" w:rsidRDefault="003A784B" w:rsidP="003A784B"/>
    <w:p w14:paraId="48E648D7" w14:textId="3FEAE6FB" w:rsidR="00833A0E" w:rsidRDefault="00000000" w:rsidP="003A784B">
      <w:r>
        <w:br/>
        <w:t>__________________________________________________</w:t>
      </w:r>
      <w:r>
        <w:br/>
      </w:r>
    </w:p>
    <w:p w14:paraId="628C02B8" w14:textId="30513E36" w:rsidR="003A784B" w:rsidRDefault="00000000" w:rsidP="003A784B">
      <w:pPr>
        <w:pStyle w:val="ListParagraph"/>
        <w:numPr>
          <w:ilvl w:val="0"/>
          <w:numId w:val="10"/>
        </w:numPr>
      </w:pPr>
      <w:r>
        <w:t>HCF of 414 and 828</w:t>
      </w:r>
    </w:p>
    <w:p w14:paraId="37CA1870" w14:textId="77777777" w:rsidR="003A784B" w:rsidRDefault="003A784B" w:rsidP="003A784B"/>
    <w:p w14:paraId="45854974" w14:textId="543CB3C9" w:rsidR="00833A0E" w:rsidRDefault="00000000" w:rsidP="003A784B">
      <w:r>
        <w:br/>
        <w:t>__________________________________________________</w:t>
      </w:r>
      <w:r>
        <w:br/>
      </w:r>
    </w:p>
    <w:p w14:paraId="332DA116" w14:textId="7889A8BF" w:rsidR="003A784B" w:rsidRDefault="00000000" w:rsidP="003A784B">
      <w:pPr>
        <w:pStyle w:val="ListParagraph"/>
        <w:numPr>
          <w:ilvl w:val="0"/>
          <w:numId w:val="10"/>
        </w:numPr>
      </w:pPr>
      <w:r>
        <w:t>HCF of 208 and 288</w:t>
      </w:r>
    </w:p>
    <w:p w14:paraId="7111D59C" w14:textId="77777777" w:rsidR="003A784B" w:rsidRDefault="003A784B" w:rsidP="003A784B"/>
    <w:p w14:paraId="255FCFD1" w14:textId="7ADFA6E0" w:rsidR="00833A0E" w:rsidRDefault="00000000" w:rsidP="003A784B">
      <w:r>
        <w:br/>
        <w:t>__________________________________________________</w:t>
      </w:r>
      <w:r>
        <w:br/>
      </w:r>
    </w:p>
    <w:p w14:paraId="26114996" w14:textId="0040D417" w:rsidR="003A784B" w:rsidRDefault="00000000" w:rsidP="003A784B">
      <w:pPr>
        <w:pStyle w:val="ListParagraph"/>
        <w:numPr>
          <w:ilvl w:val="0"/>
          <w:numId w:val="10"/>
        </w:numPr>
      </w:pPr>
      <w:r>
        <w:t>HCF of 132 and 220</w:t>
      </w:r>
    </w:p>
    <w:p w14:paraId="579B462A" w14:textId="77777777" w:rsidR="003A784B" w:rsidRDefault="003A784B" w:rsidP="003A784B"/>
    <w:p w14:paraId="67B4553F" w14:textId="7B8C7CC3" w:rsidR="00833A0E" w:rsidRDefault="00000000" w:rsidP="003A784B">
      <w:r>
        <w:lastRenderedPageBreak/>
        <w:br/>
        <w:t>__________________________________________________</w:t>
      </w:r>
      <w:r>
        <w:br/>
      </w:r>
    </w:p>
    <w:p w14:paraId="5B42FC34" w14:textId="77777777" w:rsidR="003A784B" w:rsidRDefault="00000000" w:rsidP="003A784B">
      <w:pPr>
        <w:pStyle w:val="ListParagraph"/>
        <w:numPr>
          <w:ilvl w:val="0"/>
          <w:numId w:val="10"/>
        </w:numPr>
      </w:pPr>
      <w:r>
        <w:t>HCF of 476 and 952</w:t>
      </w:r>
    </w:p>
    <w:p w14:paraId="355D56AB" w14:textId="77777777" w:rsidR="003A784B" w:rsidRDefault="003A784B" w:rsidP="003A784B"/>
    <w:p w14:paraId="0C37474E" w14:textId="080EA85B" w:rsidR="00833A0E" w:rsidRDefault="00000000" w:rsidP="003A784B">
      <w:r>
        <w:br/>
        <w:t>__________________________________________________</w:t>
      </w:r>
      <w:r>
        <w:br/>
      </w:r>
    </w:p>
    <w:p w14:paraId="25447CEC" w14:textId="4F7936FC" w:rsidR="003A784B" w:rsidRDefault="00000000" w:rsidP="003A784B">
      <w:pPr>
        <w:pStyle w:val="ListParagraph"/>
        <w:numPr>
          <w:ilvl w:val="0"/>
          <w:numId w:val="10"/>
        </w:numPr>
      </w:pPr>
      <w:r>
        <w:t>HCF of 255 and 345</w:t>
      </w:r>
    </w:p>
    <w:p w14:paraId="6DCCB316" w14:textId="77777777" w:rsidR="003A784B" w:rsidRDefault="003A784B" w:rsidP="003A784B"/>
    <w:p w14:paraId="3FB720A7" w14:textId="13D858A0" w:rsidR="00833A0E" w:rsidRDefault="00000000" w:rsidP="003A784B">
      <w:r>
        <w:br/>
        <w:t>__________________________________________________</w:t>
      </w:r>
      <w:r>
        <w:br/>
      </w:r>
    </w:p>
    <w:p w14:paraId="52A34197" w14:textId="5C18239B" w:rsidR="003A784B" w:rsidRDefault="00000000" w:rsidP="003A784B">
      <w:pPr>
        <w:pStyle w:val="ListParagraph"/>
        <w:numPr>
          <w:ilvl w:val="0"/>
          <w:numId w:val="10"/>
        </w:numPr>
      </w:pPr>
      <w:r>
        <w:t>HCF of 528 and 704</w:t>
      </w:r>
    </w:p>
    <w:p w14:paraId="3F53FB31" w14:textId="77777777" w:rsidR="003A784B" w:rsidRDefault="003A784B" w:rsidP="003A784B"/>
    <w:p w14:paraId="6F6C6BAD" w14:textId="644B7EFF" w:rsidR="00833A0E" w:rsidRDefault="00000000" w:rsidP="003A784B">
      <w:r>
        <w:br/>
        <w:t>__________________________________________________</w:t>
      </w:r>
      <w:r>
        <w:br/>
      </w:r>
    </w:p>
    <w:p w14:paraId="26AABE24" w14:textId="7F4D340E" w:rsidR="003A784B" w:rsidRDefault="00000000" w:rsidP="003A784B">
      <w:pPr>
        <w:pStyle w:val="ListParagraph"/>
        <w:numPr>
          <w:ilvl w:val="0"/>
          <w:numId w:val="10"/>
        </w:numPr>
      </w:pPr>
      <w:r>
        <w:t>HCF of 187 and 221</w:t>
      </w:r>
    </w:p>
    <w:p w14:paraId="71A86584" w14:textId="77777777" w:rsidR="003A784B" w:rsidRDefault="003A784B" w:rsidP="003A784B"/>
    <w:p w14:paraId="2D6BB0DA" w14:textId="0802E218" w:rsidR="00833A0E" w:rsidRDefault="00000000" w:rsidP="003A784B">
      <w:r>
        <w:br/>
        <w:t>__________________________________________________</w:t>
      </w:r>
      <w:r>
        <w:br/>
      </w:r>
    </w:p>
    <w:p w14:paraId="3B2DB942" w14:textId="6428EBD8" w:rsidR="003A784B" w:rsidRDefault="00000000" w:rsidP="003A784B">
      <w:pPr>
        <w:pStyle w:val="ListParagraph"/>
        <w:numPr>
          <w:ilvl w:val="0"/>
          <w:numId w:val="10"/>
        </w:numPr>
      </w:pPr>
      <w:r>
        <w:t>HCF of 588 and 784</w:t>
      </w:r>
    </w:p>
    <w:p w14:paraId="4203189B" w14:textId="77777777" w:rsidR="003A784B" w:rsidRDefault="003A784B" w:rsidP="003A784B"/>
    <w:p w14:paraId="176C6F58" w14:textId="24ED6331" w:rsidR="00833A0E" w:rsidRDefault="00000000" w:rsidP="003A784B">
      <w:r>
        <w:br/>
        <w:t>__________________________________________________</w:t>
      </w:r>
      <w:r>
        <w:br/>
      </w:r>
    </w:p>
    <w:p w14:paraId="56D00509" w14:textId="055E1B6A" w:rsidR="003A784B" w:rsidRDefault="00000000" w:rsidP="003A784B">
      <w:pPr>
        <w:pStyle w:val="ListParagraph"/>
        <w:numPr>
          <w:ilvl w:val="0"/>
          <w:numId w:val="10"/>
        </w:numPr>
      </w:pPr>
      <w:r>
        <w:t>HCF of 368 and 552</w:t>
      </w:r>
    </w:p>
    <w:p w14:paraId="0C8E1E51" w14:textId="77777777" w:rsidR="003A784B" w:rsidRDefault="003A784B" w:rsidP="003A784B"/>
    <w:p w14:paraId="35F835C5" w14:textId="687FDEAA" w:rsidR="00833A0E" w:rsidRDefault="00000000" w:rsidP="003A784B">
      <w:r>
        <w:lastRenderedPageBreak/>
        <w:br/>
        <w:t>__________________________________________________</w:t>
      </w:r>
      <w:r>
        <w:br/>
      </w:r>
    </w:p>
    <w:p w14:paraId="4D34A480" w14:textId="7797A062" w:rsidR="003A784B" w:rsidRDefault="00000000" w:rsidP="003A784B">
      <w:pPr>
        <w:pStyle w:val="ListParagraph"/>
        <w:numPr>
          <w:ilvl w:val="0"/>
          <w:numId w:val="10"/>
        </w:numPr>
      </w:pPr>
      <w:r>
        <w:t>HCF of 945 and 1575</w:t>
      </w:r>
    </w:p>
    <w:p w14:paraId="57D3841B" w14:textId="77777777" w:rsidR="003A784B" w:rsidRDefault="003A784B" w:rsidP="003A784B"/>
    <w:p w14:paraId="0E33A641" w14:textId="09B74B61" w:rsidR="00833A0E" w:rsidRDefault="00000000" w:rsidP="003A784B">
      <w:r>
        <w:br/>
        <w:t>__________________________________________________</w:t>
      </w:r>
      <w:r>
        <w:br/>
      </w:r>
    </w:p>
    <w:p w14:paraId="4B81296D" w14:textId="351F26F2" w:rsidR="003A784B" w:rsidRDefault="00000000" w:rsidP="003A784B">
      <w:pPr>
        <w:pStyle w:val="ListParagraph"/>
        <w:numPr>
          <w:ilvl w:val="0"/>
          <w:numId w:val="10"/>
        </w:numPr>
      </w:pPr>
      <w:r>
        <w:t>HCF of 119 and 187</w:t>
      </w:r>
    </w:p>
    <w:p w14:paraId="0F73AB7D" w14:textId="77777777" w:rsidR="003A784B" w:rsidRDefault="003A784B" w:rsidP="003A784B"/>
    <w:p w14:paraId="6E7DBD5D" w14:textId="092299D1" w:rsidR="00833A0E" w:rsidRDefault="00000000" w:rsidP="003A784B">
      <w:r>
        <w:br/>
        <w:t>__________________________________________________</w:t>
      </w:r>
      <w:r>
        <w:br/>
      </w:r>
    </w:p>
    <w:p w14:paraId="68D68A00" w14:textId="77777777" w:rsidR="00833A0E" w:rsidRDefault="00000000">
      <w:pPr>
        <w:pStyle w:val="Heading2"/>
      </w:pPr>
      <w:r>
        <w:t>Section B: LCM (20 Questions)</w:t>
      </w:r>
    </w:p>
    <w:p w14:paraId="09790D87" w14:textId="77777777" w:rsidR="00833A0E" w:rsidRDefault="00000000">
      <w:r>
        <w:t>Find the LCM using the quickest method. Show working.</w:t>
      </w:r>
      <w:r>
        <w:br/>
      </w:r>
    </w:p>
    <w:p w14:paraId="3D2621D1" w14:textId="7AEC25D7" w:rsidR="003A784B" w:rsidRDefault="00000000" w:rsidP="003A784B">
      <w:pPr>
        <w:pStyle w:val="ListParagraph"/>
        <w:numPr>
          <w:ilvl w:val="0"/>
          <w:numId w:val="10"/>
        </w:numPr>
      </w:pPr>
      <w:r>
        <w:t>LCM of 12 and 15</w:t>
      </w:r>
    </w:p>
    <w:p w14:paraId="196A1DF2" w14:textId="77777777" w:rsidR="003A784B" w:rsidRDefault="003A784B" w:rsidP="003A784B"/>
    <w:p w14:paraId="04089A43" w14:textId="57A6146A" w:rsidR="00833A0E" w:rsidRDefault="00000000" w:rsidP="003A784B">
      <w:r>
        <w:br/>
        <w:t>__________________________________________________</w:t>
      </w:r>
      <w:r>
        <w:br/>
      </w:r>
    </w:p>
    <w:p w14:paraId="325CEA91" w14:textId="319F856F" w:rsidR="003A784B" w:rsidRDefault="00000000" w:rsidP="003A784B">
      <w:pPr>
        <w:pStyle w:val="ListParagraph"/>
        <w:numPr>
          <w:ilvl w:val="0"/>
          <w:numId w:val="10"/>
        </w:numPr>
      </w:pPr>
      <w:r>
        <w:t>LCM of 18 and 24</w:t>
      </w:r>
    </w:p>
    <w:p w14:paraId="4FBF63CB" w14:textId="77777777" w:rsidR="003A784B" w:rsidRDefault="003A784B" w:rsidP="003A784B"/>
    <w:p w14:paraId="5912A1E1" w14:textId="3444D580" w:rsidR="00833A0E" w:rsidRDefault="00000000" w:rsidP="003A784B">
      <w:r>
        <w:br/>
        <w:t>__________________________________________________</w:t>
      </w:r>
      <w:r>
        <w:br/>
      </w:r>
    </w:p>
    <w:p w14:paraId="347CD70E" w14:textId="345309BB" w:rsidR="003A784B" w:rsidRDefault="00000000" w:rsidP="003A784B">
      <w:pPr>
        <w:pStyle w:val="ListParagraph"/>
        <w:numPr>
          <w:ilvl w:val="0"/>
          <w:numId w:val="10"/>
        </w:numPr>
      </w:pPr>
      <w:r>
        <w:t>LCM of 16 and 20</w:t>
      </w:r>
    </w:p>
    <w:p w14:paraId="4019AE69" w14:textId="77777777" w:rsidR="003A784B" w:rsidRDefault="003A784B" w:rsidP="003A784B"/>
    <w:p w14:paraId="3AD90EA7" w14:textId="1DC5960A" w:rsidR="00833A0E" w:rsidRDefault="00000000" w:rsidP="003A784B">
      <w:r>
        <w:br/>
        <w:t>__________________________________________________</w:t>
      </w:r>
      <w:r>
        <w:br/>
      </w:r>
    </w:p>
    <w:p w14:paraId="2E71E146" w14:textId="61DC135E" w:rsidR="003A784B" w:rsidRDefault="00000000" w:rsidP="003A784B">
      <w:pPr>
        <w:pStyle w:val="ListParagraph"/>
        <w:numPr>
          <w:ilvl w:val="0"/>
          <w:numId w:val="10"/>
        </w:numPr>
      </w:pPr>
      <w:r>
        <w:t>LCM of 25 and 30</w:t>
      </w:r>
    </w:p>
    <w:p w14:paraId="6ECE2638" w14:textId="77777777" w:rsidR="003A784B" w:rsidRDefault="003A784B" w:rsidP="003A784B"/>
    <w:p w14:paraId="283932BF" w14:textId="77777777" w:rsidR="003A784B" w:rsidRDefault="003A784B" w:rsidP="003A784B"/>
    <w:p w14:paraId="3413F54F" w14:textId="759D2249" w:rsidR="00833A0E" w:rsidRDefault="00000000" w:rsidP="003A784B">
      <w:r>
        <w:br/>
        <w:t>__________________________________________________</w:t>
      </w:r>
      <w:r>
        <w:br/>
      </w:r>
    </w:p>
    <w:p w14:paraId="3C004FFD" w14:textId="73096237" w:rsidR="003A784B" w:rsidRDefault="00000000" w:rsidP="003A784B">
      <w:pPr>
        <w:pStyle w:val="ListParagraph"/>
        <w:numPr>
          <w:ilvl w:val="0"/>
          <w:numId w:val="10"/>
        </w:numPr>
      </w:pPr>
      <w:r>
        <w:t>LCM of 14 and 21</w:t>
      </w:r>
    </w:p>
    <w:p w14:paraId="45F93947" w14:textId="77777777" w:rsidR="003A784B" w:rsidRDefault="003A784B" w:rsidP="003A784B"/>
    <w:p w14:paraId="7CB6ACF7" w14:textId="50E03FB7" w:rsidR="00833A0E" w:rsidRDefault="00000000" w:rsidP="003A784B">
      <w:r>
        <w:br/>
        <w:t>__________________________________________________</w:t>
      </w:r>
      <w:r>
        <w:br/>
      </w:r>
    </w:p>
    <w:p w14:paraId="68BBA2F7" w14:textId="0167D565" w:rsidR="003A784B" w:rsidRDefault="00000000" w:rsidP="003A784B">
      <w:pPr>
        <w:pStyle w:val="ListParagraph"/>
        <w:numPr>
          <w:ilvl w:val="0"/>
          <w:numId w:val="10"/>
        </w:numPr>
      </w:pPr>
      <w:r>
        <w:t>LCM of 22 and 55</w:t>
      </w:r>
    </w:p>
    <w:p w14:paraId="7EF9EB4A" w14:textId="77777777" w:rsidR="003A784B" w:rsidRDefault="003A784B" w:rsidP="003A784B"/>
    <w:p w14:paraId="071674B3" w14:textId="591B14CD" w:rsidR="00833A0E" w:rsidRDefault="00000000" w:rsidP="003A784B">
      <w:r>
        <w:br/>
        <w:t>__________________________________________________</w:t>
      </w:r>
      <w:r>
        <w:br/>
      </w:r>
    </w:p>
    <w:p w14:paraId="0DEAB33A" w14:textId="7FEA63AD" w:rsidR="003A784B" w:rsidRDefault="00000000" w:rsidP="003A784B">
      <w:pPr>
        <w:pStyle w:val="ListParagraph"/>
        <w:numPr>
          <w:ilvl w:val="0"/>
          <w:numId w:val="10"/>
        </w:numPr>
      </w:pPr>
      <w:r>
        <w:t>LCM of 45 and 60</w:t>
      </w:r>
    </w:p>
    <w:p w14:paraId="7DA40101" w14:textId="77777777" w:rsidR="003A784B" w:rsidRDefault="003A784B" w:rsidP="003A784B"/>
    <w:p w14:paraId="038798F9" w14:textId="4A8223CB" w:rsidR="00833A0E" w:rsidRDefault="00000000" w:rsidP="003A784B">
      <w:r>
        <w:br/>
        <w:t>__________________________________________________</w:t>
      </w:r>
      <w:r>
        <w:br/>
      </w:r>
    </w:p>
    <w:p w14:paraId="59350445" w14:textId="61F1B65D" w:rsidR="003A784B" w:rsidRDefault="00000000" w:rsidP="003A784B">
      <w:pPr>
        <w:pStyle w:val="ListParagraph"/>
        <w:numPr>
          <w:ilvl w:val="0"/>
          <w:numId w:val="10"/>
        </w:numPr>
      </w:pPr>
      <w:r>
        <w:t>LCM of 36 and 54</w:t>
      </w:r>
    </w:p>
    <w:p w14:paraId="2BF9D1A9" w14:textId="77777777" w:rsidR="003A784B" w:rsidRDefault="003A784B" w:rsidP="003A784B"/>
    <w:p w14:paraId="040446CD" w14:textId="3FA159AB" w:rsidR="00833A0E" w:rsidRDefault="00000000" w:rsidP="003A784B">
      <w:r>
        <w:br/>
        <w:t>__________________________________________________</w:t>
      </w:r>
      <w:r>
        <w:br/>
      </w:r>
    </w:p>
    <w:p w14:paraId="06372D01" w14:textId="0DC64008" w:rsidR="003A784B" w:rsidRDefault="00000000" w:rsidP="003A784B">
      <w:pPr>
        <w:pStyle w:val="ListParagraph"/>
        <w:numPr>
          <w:ilvl w:val="0"/>
          <w:numId w:val="10"/>
        </w:numPr>
      </w:pPr>
      <w:r>
        <w:t>LCM of 28 and 42</w:t>
      </w:r>
    </w:p>
    <w:p w14:paraId="6E39EF61" w14:textId="77777777" w:rsidR="003A784B" w:rsidRDefault="003A784B" w:rsidP="003A784B"/>
    <w:p w14:paraId="331CDEBF" w14:textId="69B5603D" w:rsidR="00833A0E" w:rsidRDefault="00000000" w:rsidP="003A784B">
      <w:r>
        <w:br/>
        <w:t>__________________________________________________</w:t>
      </w:r>
      <w:r>
        <w:br/>
      </w:r>
    </w:p>
    <w:p w14:paraId="04348E17" w14:textId="6F3BBDB4" w:rsidR="003A784B" w:rsidRDefault="00000000" w:rsidP="003A784B">
      <w:pPr>
        <w:pStyle w:val="ListParagraph"/>
        <w:numPr>
          <w:ilvl w:val="0"/>
          <w:numId w:val="10"/>
        </w:numPr>
      </w:pPr>
      <w:r>
        <w:t>LCM of 32 and 48</w:t>
      </w:r>
    </w:p>
    <w:p w14:paraId="38D227DC" w14:textId="77777777" w:rsidR="003A784B" w:rsidRDefault="003A784B" w:rsidP="003A784B"/>
    <w:p w14:paraId="2597CB64" w14:textId="77777777" w:rsidR="003A784B" w:rsidRDefault="003A784B" w:rsidP="003A784B"/>
    <w:p w14:paraId="759A08AB" w14:textId="71500334" w:rsidR="00833A0E" w:rsidRDefault="00000000" w:rsidP="003A784B">
      <w:r>
        <w:br/>
        <w:t>__________________________________________________</w:t>
      </w:r>
      <w:r>
        <w:br/>
      </w:r>
    </w:p>
    <w:p w14:paraId="1E9174D9" w14:textId="4D3C78A1" w:rsidR="003A784B" w:rsidRDefault="00000000" w:rsidP="003A784B">
      <w:pPr>
        <w:pStyle w:val="ListParagraph"/>
        <w:numPr>
          <w:ilvl w:val="0"/>
          <w:numId w:val="10"/>
        </w:numPr>
      </w:pPr>
      <w:r>
        <w:t>LCM of 63 and 84</w:t>
      </w:r>
    </w:p>
    <w:p w14:paraId="3E12B49D" w14:textId="77777777" w:rsidR="003A784B" w:rsidRDefault="003A784B" w:rsidP="003A784B"/>
    <w:p w14:paraId="314B8CAC" w14:textId="34FBE1D0" w:rsidR="00833A0E" w:rsidRDefault="00000000" w:rsidP="003A784B">
      <w:r>
        <w:br/>
        <w:t>__________________________________________________</w:t>
      </w:r>
      <w:r>
        <w:br/>
      </w:r>
    </w:p>
    <w:p w14:paraId="37521EDD" w14:textId="6476DA60" w:rsidR="003A784B" w:rsidRDefault="00000000" w:rsidP="003A784B">
      <w:pPr>
        <w:pStyle w:val="ListParagraph"/>
        <w:numPr>
          <w:ilvl w:val="0"/>
          <w:numId w:val="10"/>
        </w:numPr>
      </w:pPr>
      <w:r>
        <w:t>LCM of 26 and 39</w:t>
      </w:r>
    </w:p>
    <w:p w14:paraId="3A606266" w14:textId="6EA7D2E2" w:rsidR="00833A0E" w:rsidRDefault="00000000" w:rsidP="003A784B">
      <w:r>
        <w:br/>
        <w:t>__________________________________________________</w:t>
      </w:r>
      <w:r>
        <w:br/>
      </w:r>
    </w:p>
    <w:p w14:paraId="7BECB0E6" w14:textId="424B60A4" w:rsidR="003A784B" w:rsidRDefault="00000000" w:rsidP="003A784B">
      <w:pPr>
        <w:pStyle w:val="ListParagraph"/>
        <w:numPr>
          <w:ilvl w:val="0"/>
          <w:numId w:val="10"/>
        </w:numPr>
      </w:pPr>
      <w:r>
        <w:t>LCM of 72 and 90</w:t>
      </w:r>
    </w:p>
    <w:p w14:paraId="1EABBA93" w14:textId="143CCF62" w:rsidR="00833A0E" w:rsidRDefault="00000000" w:rsidP="003A784B">
      <w:r>
        <w:br/>
        <w:t>__________________________________________________</w:t>
      </w:r>
      <w:r>
        <w:br/>
      </w:r>
    </w:p>
    <w:p w14:paraId="067F5162" w14:textId="5D61D3BF" w:rsidR="003A784B" w:rsidRDefault="00000000" w:rsidP="003A784B">
      <w:pPr>
        <w:pStyle w:val="ListParagraph"/>
        <w:numPr>
          <w:ilvl w:val="0"/>
          <w:numId w:val="10"/>
        </w:numPr>
      </w:pPr>
      <w:r>
        <w:t>LCM of 50 and 75</w:t>
      </w:r>
    </w:p>
    <w:p w14:paraId="3D2152DF" w14:textId="27EB3C91" w:rsidR="00833A0E" w:rsidRDefault="00000000" w:rsidP="003A784B">
      <w:r>
        <w:br/>
        <w:t>__________________________________________________</w:t>
      </w:r>
      <w:r>
        <w:br/>
      </w:r>
    </w:p>
    <w:p w14:paraId="219EF032" w14:textId="69717C9D" w:rsidR="003A784B" w:rsidRDefault="00000000" w:rsidP="003A784B">
      <w:pPr>
        <w:pStyle w:val="ListParagraph"/>
        <w:numPr>
          <w:ilvl w:val="0"/>
          <w:numId w:val="10"/>
        </w:numPr>
      </w:pPr>
      <w:r>
        <w:t>LCM of 44 and 88</w:t>
      </w:r>
    </w:p>
    <w:p w14:paraId="42751B10" w14:textId="260B7BF3" w:rsidR="00833A0E" w:rsidRDefault="00000000" w:rsidP="003A784B">
      <w:r>
        <w:br/>
        <w:t>__________________________________________________</w:t>
      </w:r>
      <w:r>
        <w:br/>
      </w:r>
    </w:p>
    <w:p w14:paraId="2524BC39" w14:textId="0D55ADED" w:rsidR="003A784B" w:rsidRDefault="00000000" w:rsidP="003A784B">
      <w:pPr>
        <w:pStyle w:val="ListParagraph"/>
        <w:numPr>
          <w:ilvl w:val="0"/>
          <w:numId w:val="10"/>
        </w:numPr>
      </w:pPr>
      <w:r>
        <w:t>LCM of 18, 24, and 30</w:t>
      </w:r>
    </w:p>
    <w:p w14:paraId="219C1DCA" w14:textId="2F8BE6DF" w:rsidR="00833A0E" w:rsidRDefault="00000000" w:rsidP="003A784B">
      <w:r>
        <w:br/>
        <w:t>__________________________________________________</w:t>
      </w:r>
      <w:r>
        <w:br/>
      </w:r>
    </w:p>
    <w:p w14:paraId="14BF6D8D" w14:textId="0EDA7678" w:rsidR="003A784B" w:rsidRDefault="00000000" w:rsidP="003A784B">
      <w:pPr>
        <w:pStyle w:val="ListParagraph"/>
        <w:numPr>
          <w:ilvl w:val="0"/>
          <w:numId w:val="10"/>
        </w:numPr>
      </w:pPr>
      <w:r>
        <w:t>LCM of 12, 15, and 20</w:t>
      </w:r>
    </w:p>
    <w:p w14:paraId="7D2F9436" w14:textId="2D865033" w:rsidR="00833A0E" w:rsidRDefault="00000000" w:rsidP="003A784B">
      <w:r>
        <w:lastRenderedPageBreak/>
        <w:br/>
        <w:t>__________________________________________________</w:t>
      </w:r>
      <w:r>
        <w:br/>
      </w:r>
    </w:p>
    <w:p w14:paraId="7E4C1BBD" w14:textId="48D11CEB" w:rsidR="003A784B" w:rsidRDefault="00000000" w:rsidP="003A784B">
      <w:pPr>
        <w:pStyle w:val="ListParagraph"/>
        <w:numPr>
          <w:ilvl w:val="0"/>
          <w:numId w:val="10"/>
        </w:numPr>
      </w:pPr>
      <w:r>
        <w:t>LCM of 16, 20, and 25</w:t>
      </w:r>
    </w:p>
    <w:p w14:paraId="316C9616" w14:textId="77777777" w:rsidR="003A784B" w:rsidRDefault="003A784B" w:rsidP="003A784B"/>
    <w:p w14:paraId="2555E6E9" w14:textId="344AB773" w:rsidR="00833A0E" w:rsidRDefault="00000000" w:rsidP="003A784B">
      <w:r>
        <w:br/>
        <w:t>__________________________________________________</w:t>
      </w:r>
      <w:r>
        <w:br/>
      </w:r>
    </w:p>
    <w:p w14:paraId="38CCF0F3" w14:textId="29445D7D" w:rsidR="003A784B" w:rsidRDefault="00000000" w:rsidP="003A784B">
      <w:pPr>
        <w:pStyle w:val="ListParagraph"/>
        <w:numPr>
          <w:ilvl w:val="0"/>
          <w:numId w:val="10"/>
        </w:numPr>
      </w:pPr>
      <w:r>
        <w:t>LCM of 21, 28, and 35</w:t>
      </w:r>
    </w:p>
    <w:p w14:paraId="6A912FB1" w14:textId="77777777" w:rsidR="003A784B" w:rsidRDefault="003A784B" w:rsidP="003A784B"/>
    <w:p w14:paraId="6B8845E5" w14:textId="010CFEA2" w:rsidR="00833A0E" w:rsidRDefault="00000000" w:rsidP="003A784B">
      <w:r>
        <w:br/>
        <w:t>__________________________________________________</w:t>
      </w:r>
      <w:r>
        <w:br/>
      </w:r>
    </w:p>
    <w:p w14:paraId="3FFA4A90" w14:textId="000B5C72" w:rsidR="003A784B" w:rsidRDefault="00000000" w:rsidP="003A784B">
      <w:pPr>
        <w:pStyle w:val="ListParagraph"/>
        <w:numPr>
          <w:ilvl w:val="0"/>
          <w:numId w:val="10"/>
        </w:numPr>
      </w:pPr>
      <w:r>
        <w:t>LCM of 30, 45, and 60</w:t>
      </w:r>
    </w:p>
    <w:p w14:paraId="65EE4672" w14:textId="5EDF84E6" w:rsidR="00833A0E" w:rsidRDefault="00000000" w:rsidP="003A784B">
      <w:r>
        <w:br/>
        <w:t>__________________________________________________</w:t>
      </w:r>
      <w:r>
        <w:br/>
      </w:r>
    </w:p>
    <w:p w14:paraId="01115EC1" w14:textId="77777777" w:rsidR="00833A0E" w:rsidRDefault="00000000">
      <w:pPr>
        <w:pStyle w:val="Heading2"/>
      </w:pPr>
      <w:r>
        <w:t>Section C: Mixed Challenge (10 Questions)</w:t>
      </w:r>
    </w:p>
    <w:p w14:paraId="126CD5B4" w14:textId="77777777" w:rsidR="00833A0E" w:rsidRDefault="00000000">
      <w:r>
        <w:t>Decide whether HCF or LCM is required, then solve.</w:t>
      </w:r>
      <w:r>
        <w:br/>
      </w:r>
    </w:p>
    <w:p w14:paraId="0F7CD3FD" w14:textId="42DD4BE1" w:rsidR="003A784B" w:rsidRDefault="00000000" w:rsidP="003A784B">
      <w:pPr>
        <w:pStyle w:val="ListParagraph"/>
        <w:numPr>
          <w:ilvl w:val="0"/>
          <w:numId w:val="10"/>
        </w:numPr>
      </w:pPr>
      <w:r>
        <w:t>The HCF of 96 and 128 is ____</w:t>
      </w:r>
    </w:p>
    <w:p w14:paraId="4D2E166F" w14:textId="77777777" w:rsidR="003A784B" w:rsidRDefault="003A784B" w:rsidP="003A784B"/>
    <w:p w14:paraId="744F07B8" w14:textId="183BE788" w:rsidR="00833A0E" w:rsidRDefault="00000000" w:rsidP="003A784B">
      <w:r>
        <w:br/>
        <w:t>__________________________________________________</w:t>
      </w:r>
      <w:r>
        <w:br/>
      </w:r>
    </w:p>
    <w:p w14:paraId="6144D068" w14:textId="27FC1833" w:rsidR="003A784B" w:rsidRDefault="00000000" w:rsidP="003A784B">
      <w:pPr>
        <w:pStyle w:val="ListParagraph"/>
        <w:numPr>
          <w:ilvl w:val="0"/>
          <w:numId w:val="10"/>
        </w:numPr>
      </w:pPr>
      <w:r>
        <w:t>The LCM of 18 and 27 is ____</w:t>
      </w:r>
    </w:p>
    <w:p w14:paraId="3EAD0AA8" w14:textId="77777777" w:rsidR="003A784B" w:rsidRDefault="003A784B" w:rsidP="003A784B"/>
    <w:p w14:paraId="16E8256E" w14:textId="46E79E34" w:rsidR="00833A0E" w:rsidRDefault="00000000" w:rsidP="003A784B">
      <w:r>
        <w:br/>
        <w:t>__________________________________________________</w:t>
      </w:r>
      <w:r>
        <w:br/>
      </w:r>
    </w:p>
    <w:p w14:paraId="06DC9ED0" w14:textId="58C5390C" w:rsidR="003A784B" w:rsidRDefault="00000000" w:rsidP="003A784B">
      <w:pPr>
        <w:pStyle w:val="ListParagraph"/>
        <w:numPr>
          <w:ilvl w:val="0"/>
          <w:numId w:val="10"/>
        </w:numPr>
      </w:pPr>
      <w:r>
        <w:t>The HCF of 544 and 816 is ____</w:t>
      </w:r>
    </w:p>
    <w:p w14:paraId="3761AC60" w14:textId="77777777" w:rsidR="003A784B" w:rsidRDefault="003A784B" w:rsidP="003A784B"/>
    <w:p w14:paraId="6BCEE892" w14:textId="77777777" w:rsidR="003A784B" w:rsidRDefault="003A784B" w:rsidP="003A784B"/>
    <w:p w14:paraId="2137B49E" w14:textId="77777777" w:rsidR="003A784B" w:rsidRDefault="003A784B" w:rsidP="003A784B"/>
    <w:p w14:paraId="62F0A754" w14:textId="7BBD1E13" w:rsidR="00833A0E" w:rsidRDefault="00000000" w:rsidP="003A784B">
      <w:r>
        <w:br/>
        <w:t>__________________________________________________</w:t>
      </w:r>
      <w:r>
        <w:br/>
      </w:r>
    </w:p>
    <w:p w14:paraId="60567F40" w14:textId="715C9CC7" w:rsidR="003A784B" w:rsidRDefault="00000000" w:rsidP="003A784B">
      <w:pPr>
        <w:pStyle w:val="ListParagraph"/>
        <w:numPr>
          <w:ilvl w:val="0"/>
          <w:numId w:val="10"/>
        </w:numPr>
      </w:pPr>
      <w:r>
        <w:t>The LCM of 48 and 80 is ____</w:t>
      </w:r>
    </w:p>
    <w:p w14:paraId="45502E76" w14:textId="074C2F0F" w:rsidR="00833A0E" w:rsidRDefault="003A784B" w:rsidP="003A784B">
      <w:r>
        <w:br/>
      </w:r>
      <w:r w:rsidR="00000000">
        <w:br/>
        <w:t>__________________________________________________</w:t>
      </w:r>
      <w:r w:rsidR="00000000">
        <w:br/>
      </w:r>
    </w:p>
    <w:p w14:paraId="3019FD46" w14:textId="701633FA" w:rsidR="003A784B" w:rsidRDefault="00000000" w:rsidP="003A784B">
      <w:pPr>
        <w:pStyle w:val="ListParagraph"/>
        <w:numPr>
          <w:ilvl w:val="0"/>
          <w:numId w:val="10"/>
        </w:numPr>
      </w:pPr>
      <w:r>
        <w:t>The HCF of 350 and 490 is ____</w:t>
      </w:r>
    </w:p>
    <w:p w14:paraId="301342C1" w14:textId="10B5F8E4" w:rsidR="00833A0E" w:rsidRDefault="00000000" w:rsidP="003A784B">
      <w:r>
        <w:br/>
        <w:t>__________________________________________________</w:t>
      </w:r>
      <w:r>
        <w:br/>
      </w:r>
    </w:p>
    <w:p w14:paraId="124AA398" w14:textId="5472B25E" w:rsidR="003A784B" w:rsidRDefault="00000000" w:rsidP="003A784B">
      <w:pPr>
        <w:pStyle w:val="ListParagraph"/>
        <w:numPr>
          <w:ilvl w:val="0"/>
          <w:numId w:val="10"/>
        </w:numPr>
      </w:pPr>
      <w:r>
        <w:t>The LCM of 84 and 90 is ____</w:t>
      </w:r>
    </w:p>
    <w:p w14:paraId="56F74B97" w14:textId="77777777" w:rsidR="003A784B" w:rsidRDefault="003A784B" w:rsidP="003A784B"/>
    <w:p w14:paraId="6DF4B071" w14:textId="5FFBB90F" w:rsidR="00833A0E" w:rsidRDefault="00000000" w:rsidP="003A784B">
      <w:r>
        <w:br/>
        <w:t>__________________________________________________</w:t>
      </w:r>
      <w:r>
        <w:br/>
      </w:r>
    </w:p>
    <w:p w14:paraId="0C1CC2EA" w14:textId="466E4BBF" w:rsidR="003A784B" w:rsidRDefault="00000000" w:rsidP="003A784B">
      <w:pPr>
        <w:pStyle w:val="ListParagraph"/>
        <w:numPr>
          <w:ilvl w:val="0"/>
          <w:numId w:val="10"/>
        </w:numPr>
      </w:pPr>
      <w:r>
        <w:t>The HCF of 255 and 345 is ____</w:t>
      </w:r>
    </w:p>
    <w:p w14:paraId="454B88CB" w14:textId="77777777" w:rsidR="003A784B" w:rsidRDefault="003A784B" w:rsidP="003A784B">
      <w:pPr>
        <w:pStyle w:val="ListParagraph"/>
      </w:pPr>
    </w:p>
    <w:p w14:paraId="5F21C015" w14:textId="0C27EA23" w:rsidR="00833A0E" w:rsidRDefault="00000000" w:rsidP="003A784B">
      <w:r>
        <w:br/>
        <w:t>__________________________________________________</w:t>
      </w:r>
      <w:r>
        <w:br/>
      </w:r>
    </w:p>
    <w:p w14:paraId="38E1076E" w14:textId="2BE6CD52" w:rsidR="003A784B" w:rsidRDefault="00000000" w:rsidP="003A784B">
      <w:pPr>
        <w:pStyle w:val="ListParagraph"/>
        <w:numPr>
          <w:ilvl w:val="0"/>
          <w:numId w:val="10"/>
        </w:numPr>
      </w:pPr>
      <w:r>
        <w:t>The LCM of 22, 33, and 44 is ____</w:t>
      </w:r>
    </w:p>
    <w:p w14:paraId="7AE244EA" w14:textId="77777777" w:rsidR="003A784B" w:rsidRDefault="003A784B" w:rsidP="003A784B"/>
    <w:p w14:paraId="2CD2C829" w14:textId="1B753796" w:rsidR="00833A0E" w:rsidRDefault="00000000" w:rsidP="003A784B">
      <w:r>
        <w:br/>
        <w:t>__________________________________________________</w:t>
      </w:r>
      <w:r>
        <w:br/>
      </w:r>
    </w:p>
    <w:p w14:paraId="5F4618E2" w14:textId="1F3583F3" w:rsidR="003A784B" w:rsidRDefault="00000000" w:rsidP="003A784B">
      <w:pPr>
        <w:pStyle w:val="ListParagraph"/>
        <w:numPr>
          <w:ilvl w:val="0"/>
          <w:numId w:val="10"/>
        </w:numPr>
      </w:pPr>
      <w:r>
        <w:t>The HCF of 112 and 168 is ____</w:t>
      </w:r>
    </w:p>
    <w:p w14:paraId="4797EFDB" w14:textId="77777777" w:rsidR="003A784B" w:rsidRDefault="003A784B" w:rsidP="003A784B"/>
    <w:p w14:paraId="2D55A144" w14:textId="2619D1F2" w:rsidR="00833A0E" w:rsidRDefault="00000000" w:rsidP="003A784B">
      <w:r>
        <w:lastRenderedPageBreak/>
        <w:br/>
        <w:t>__________________________________________________</w:t>
      </w:r>
      <w:r>
        <w:br/>
      </w:r>
    </w:p>
    <w:p w14:paraId="7265FCA8" w14:textId="4D9AC093" w:rsidR="003A784B" w:rsidRDefault="00000000" w:rsidP="003A784B">
      <w:pPr>
        <w:pStyle w:val="ListParagraph"/>
        <w:numPr>
          <w:ilvl w:val="0"/>
          <w:numId w:val="10"/>
        </w:numPr>
      </w:pPr>
      <w:r>
        <w:t>The LCM of 14, 20, and 35 is ____</w:t>
      </w:r>
    </w:p>
    <w:p w14:paraId="6418ECA3" w14:textId="77777777" w:rsidR="003A784B" w:rsidRDefault="003A784B" w:rsidP="003A784B"/>
    <w:p w14:paraId="16776DA4" w14:textId="77777777" w:rsidR="003A784B" w:rsidRDefault="003A784B" w:rsidP="003A784B"/>
    <w:p w14:paraId="49187569" w14:textId="2B3B2140" w:rsidR="00833A0E" w:rsidRDefault="00000000" w:rsidP="003A784B">
      <w:r>
        <w:br/>
        <w:t>__________________________________________________</w:t>
      </w:r>
      <w:r>
        <w:br/>
      </w:r>
    </w:p>
    <w:sectPr w:rsidR="00833A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6C447F"/>
    <w:multiLevelType w:val="hybridMultilevel"/>
    <w:tmpl w:val="DBCCDC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520997">
    <w:abstractNumId w:val="8"/>
  </w:num>
  <w:num w:numId="2" w16cid:durableId="1270813781">
    <w:abstractNumId w:val="6"/>
  </w:num>
  <w:num w:numId="3" w16cid:durableId="1211112401">
    <w:abstractNumId w:val="5"/>
  </w:num>
  <w:num w:numId="4" w16cid:durableId="522087154">
    <w:abstractNumId w:val="4"/>
  </w:num>
  <w:num w:numId="5" w16cid:durableId="193664574">
    <w:abstractNumId w:val="7"/>
  </w:num>
  <w:num w:numId="6" w16cid:durableId="2040735279">
    <w:abstractNumId w:val="3"/>
  </w:num>
  <w:num w:numId="7" w16cid:durableId="1528517968">
    <w:abstractNumId w:val="2"/>
  </w:num>
  <w:num w:numId="8" w16cid:durableId="1369913362">
    <w:abstractNumId w:val="1"/>
  </w:num>
  <w:num w:numId="9" w16cid:durableId="728655302">
    <w:abstractNumId w:val="0"/>
  </w:num>
  <w:num w:numId="10" w16cid:durableId="343439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784B"/>
    <w:rsid w:val="00833A0E"/>
    <w:rsid w:val="00AA1D8D"/>
    <w:rsid w:val="00B47730"/>
    <w:rsid w:val="00B67CA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84D08"/>
  <w14:defaultImageDpi w14:val="300"/>
  <w15:docId w15:val="{5D10D796-1E54-384D-A8E8-C8930F1A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2025-08-26T03:37:00Z</dcterms:modified>
  <cp:category/>
</cp:coreProperties>
</file>