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73724" w14:textId="12ADA446" w:rsidR="002F5CFC" w:rsidRDefault="00000000" w:rsidP="00157528">
      <w:pPr>
        <w:pStyle w:val="Heading1"/>
        <w:jc w:val="center"/>
      </w:pPr>
      <w:r>
        <w:t xml:space="preserve">CFU – </w:t>
      </w:r>
      <w:r w:rsidR="00157528">
        <w:t>Real Life Calculations</w:t>
      </w:r>
    </w:p>
    <w:p w14:paraId="1EAB3114" w14:textId="5D4CF5C8" w:rsidR="002F5CFC" w:rsidRDefault="00000000">
      <w:pPr>
        <w:pStyle w:val="Heading2"/>
      </w:pPr>
      <w:r>
        <w:t xml:space="preserve">Section A  </w:t>
      </w:r>
    </w:p>
    <w:p w14:paraId="28868D4E" w14:textId="77777777" w:rsidR="002F5CFC" w:rsidRDefault="00000000">
      <w:r>
        <w:t>1. Convert 5 km into meters.</w:t>
      </w:r>
    </w:p>
    <w:p w14:paraId="33C7C9B1" w14:textId="77777777" w:rsidR="00157528" w:rsidRDefault="00157528"/>
    <w:p w14:paraId="4CE7B649" w14:textId="77777777" w:rsidR="002F5CFC" w:rsidRDefault="00000000">
      <w:r>
        <w:t>2. Convert 4500 m into km.</w:t>
      </w:r>
    </w:p>
    <w:p w14:paraId="35C7F70A" w14:textId="77777777" w:rsidR="00157528" w:rsidRDefault="00157528"/>
    <w:p w14:paraId="30D6A672" w14:textId="77777777" w:rsidR="00157528" w:rsidRDefault="00157528"/>
    <w:p w14:paraId="7048FD43" w14:textId="77777777" w:rsidR="002F5CFC" w:rsidRDefault="00000000">
      <w:r>
        <w:t>3. Add: 2 km 450 m + 3 km 750 m.</w:t>
      </w:r>
    </w:p>
    <w:p w14:paraId="10CEC091" w14:textId="77777777" w:rsidR="00157528" w:rsidRDefault="00157528"/>
    <w:p w14:paraId="283428E5" w14:textId="77777777" w:rsidR="00157528" w:rsidRDefault="00157528"/>
    <w:p w14:paraId="3B28DF03" w14:textId="1EE2C767" w:rsidR="002F5CFC" w:rsidRDefault="00000000">
      <w:r>
        <w:t>4. Subtract: 8 km 120 m – 3 km 540 m.</w:t>
      </w:r>
    </w:p>
    <w:p w14:paraId="4A975765" w14:textId="77777777" w:rsidR="00157528" w:rsidRDefault="00157528"/>
    <w:p w14:paraId="4F01A241" w14:textId="77777777" w:rsidR="00157528" w:rsidRDefault="00157528"/>
    <w:p w14:paraId="6629919F" w14:textId="77777777" w:rsidR="00157528" w:rsidRDefault="00157528"/>
    <w:p w14:paraId="2A0050AE" w14:textId="77777777" w:rsidR="002F5CFC" w:rsidRDefault="00000000">
      <w:r>
        <w:t>5. Multiply: 25 kg × 4.</w:t>
      </w:r>
    </w:p>
    <w:p w14:paraId="044F5883" w14:textId="77777777" w:rsidR="00157528" w:rsidRDefault="00157528"/>
    <w:p w14:paraId="5E32338E" w14:textId="77777777" w:rsidR="00157528" w:rsidRDefault="00157528"/>
    <w:p w14:paraId="6923EDD6" w14:textId="77777777" w:rsidR="002F5CFC" w:rsidRDefault="00000000">
      <w:r>
        <w:t>6. Divide: 1500 g ÷ 5.</w:t>
      </w:r>
    </w:p>
    <w:p w14:paraId="1E4877EC" w14:textId="77777777" w:rsidR="00157528" w:rsidRDefault="00157528"/>
    <w:p w14:paraId="2DE2C484" w14:textId="77777777" w:rsidR="00157528" w:rsidRDefault="00157528"/>
    <w:p w14:paraId="226827A6" w14:textId="77777777" w:rsidR="002F5CFC" w:rsidRDefault="00000000">
      <w:r>
        <w:t>7. Convert 7.25 kg into grams.</w:t>
      </w:r>
    </w:p>
    <w:p w14:paraId="77E5C9DE" w14:textId="77777777" w:rsidR="00157528" w:rsidRDefault="00157528"/>
    <w:p w14:paraId="19627C41" w14:textId="77777777" w:rsidR="00157528" w:rsidRDefault="00157528"/>
    <w:p w14:paraId="71692FAB" w14:textId="77777777" w:rsidR="00157528" w:rsidRDefault="00157528"/>
    <w:p w14:paraId="10C5DD48" w14:textId="77777777" w:rsidR="002F5CFC" w:rsidRDefault="00000000">
      <w:r>
        <w:t>8. Convert 4520 g into kilograms and grams.</w:t>
      </w:r>
    </w:p>
    <w:p w14:paraId="75E5A305" w14:textId="77777777" w:rsidR="00157528" w:rsidRDefault="00157528"/>
    <w:p w14:paraId="3072951A" w14:textId="77777777" w:rsidR="00157528" w:rsidRDefault="00157528"/>
    <w:p w14:paraId="11C6BBB2" w14:textId="77777777" w:rsidR="002F5CFC" w:rsidRDefault="00000000">
      <w:r>
        <w:t xml:space="preserve">9. Add: 12 L 750 mL + 9 L 480 </w:t>
      </w:r>
      <w:proofErr w:type="spellStart"/>
      <w:r>
        <w:t>mL.</w:t>
      </w:r>
      <w:proofErr w:type="spellEnd"/>
    </w:p>
    <w:p w14:paraId="353DB335" w14:textId="77777777" w:rsidR="00157528" w:rsidRDefault="00157528"/>
    <w:p w14:paraId="6DA0E82D" w14:textId="77777777" w:rsidR="00157528" w:rsidRDefault="00157528"/>
    <w:p w14:paraId="52D0270B" w14:textId="77777777" w:rsidR="00157528" w:rsidRDefault="00157528"/>
    <w:p w14:paraId="101B5969" w14:textId="77777777" w:rsidR="002F5CFC" w:rsidRDefault="00000000">
      <w:r>
        <w:t xml:space="preserve">10. Subtract: 25 L – 18 L 350 </w:t>
      </w:r>
      <w:proofErr w:type="spellStart"/>
      <w:r>
        <w:t>mL.</w:t>
      </w:r>
      <w:proofErr w:type="spellEnd"/>
    </w:p>
    <w:p w14:paraId="656A1889" w14:textId="77777777" w:rsidR="00157528" w:rsidRDefault="00157528"/>
    <w:p w14:paraId="4AC87824" w14:textId="77777777" w:rsidR="00157528" w:rsidRDefault="00157528"/>
    <w:p w14:paraId="0441B809" w14:textId="77777777" w:rsidR="002F5CFC" w:rsidRDefault="00000000">
      <w:r>
        <w:t>11. Convert 3.75 L into milliliters.</w:t>
      </w:r>
    </w:p>
    <w:p w14:paraId="64BDF5A8" w14:textId="77777777" w:rsidR="00157528" w:rsidRDefault="00157528"/>
    <w:p w14:paraId="3FA39F47" w14:textId="77777777" w:rsidR="00157528" w:rsidRDefault="00157528"/>
    <w:p w14:paraId="683DEF28" w14:textId="77777777" w:rsidR="002F5CFC" w:rsidRDefault="00000000">
      <w:r>
        <w:t>12. Multiply: 2.5 L × 8.</w:t>
      </w:r>
    </w:p>
    <w:p w14:paraId="541EF822" w14:textId="77777777" w:rsidR="00157528" w:rsidRDefault="00157528"/>
    <w:p w14:paraId="0FC21661" w14:textId="77777777" w:rsidR="00157528" w:rsidRDefault="00157528"/>
    <w:p w14:paraId="2B0CD315" w14:textId="77777777" w:rsidR="002F5CFC" w:rsidRDefault="00000000">
      <w:r>
        <w:t>13. Add ₹345.50 + ₹290.75.</w:t>
      </w:r>
    </w:p>
    <w:p w14:paraId="13488823" w14:textId="77777777" w:rsidR="00157528" w:rsidRDefault="00157528"/>
    <w:p w14:paraId="44C2C5BF" w14:textId="77777777" w:rsidR="00157528" w:rsidRDefault="00157528"/>
    <w:p w14:paraId="6423E89F" w14:textId="77777777" w:rsidR="00157528" w:rsidRDefault="00157528"/>
    <w:p w14:paraId="260AA8A5" w14:textId="77777777" w:rsidR="002F5CFC" w:rsidRDefault="00000000">
      <w:r>
        <w:t>14. Subtract: ₹1000 – ₹478.65.</w:t>
      </w:r>
    </w:p>
    <w:p w14:paraId="24D458A7" w14:textId="77777777" w:rsidR="00157528" w:rsidRDefault="00157528"/>
    <w:p w14:paraId="6B4D2D81" w14:textId="77777777" w:rsidR="00157528" w:rsidRDefault="00157528"/>
    <w:p w14:paraId="01F47785" w14:textId="77777777" w:rsidR="002F5CFC" w:rsidRDefault="00000000">
      <w:r>
        <w:t>15. Multiply ₹325 × 6.</w:t>
      </w:r>
    </w:p>
    <w:p w14:paraId="0D9FB216" w14:textId="77777777" w:rsidR="00157528" w:rsidRDefault="00157528"/>
    <w:p w14:paraId="3A18E9CA" w14:textId="77777777" w:rsidR="00157528" w:rsidRDefault="00157528"/>
    <w:p w14:paraId="1A99D7ED" w14:textId="77777777" w:rsidR="002F5CFC" w:rsidRDefault="00000000">
      <w:r>
        <w:t>16. Divide ₹540 ÷ 12.</w:t>
      </w:r>
    </w:p>
    <w:p w14:paraId="35475A69" w14:textId="77777777" w:rsidR="00157528" w:rsidRDefault="00157528"/>
    <w:p w14:paraId="5A97C6D0" w14:textId="77777777" w:rsidR="00157528" w:rsidRDefault="00157528"/>
    <w:p w14:paraId="1AFD51D4" w14:textId="77777777" w:rsidR="002F5CFC" w:rsidRDefault="00000000">
      <w:r>
        <w:t>17. Convert 5 hr 45 min into minutes.</w:t>
      </w:r>
    </w:p>
    <w:p w14:paraId="6DDF892E" w14:textId="77777777" w:rsidR="00157528" w:rsidRDefault="00157528"/>
    <w:p w14:paraId="64F85512" w14:textId="77777777" w:rsidR="00157528" w:rsidRDefault="00157528"/>
    <w:p w14:paraId="4B416600" w14:textId="77777777" w:rsidR="00157528" w:rsidRDefault="00157528"/>
    <w:p w14:paraId="0338FB60" w14:textId="77777777" w:rsidR="002F5CFC" w:rsidRDefault="00000000">
      <w:r>
        <w:t xml:space="preserve">18. Add: 3 hr 25 min + 2 </w:t>
      </w:r>
      <w:proofErr w:type="spellStart"/>
      <w:r>
        <w:t>hr</w:t>
      </w:r>
      <w:proofErr w:type="spellEnd"/>
      <w:r>
        <w:t xml:space="preserve"> 50 min.</w:t>
      </w:r>
    </w:p>
    <w:p w14:paraId="4EDD5E7A" w14:textId="77777777" w:rsidR="00157528" w:rsidRDefault="00157528"/>
    <w:p w14:paraId="10E53B98" w14:textId="77777777" w:rsidR="00157528" w:rsidRDefault="00157528"/>
    <w:p w14:paraId="3C103EAF" w14:textId="77777777" w:rsidR="002F5CFC" w:rsidRDefault="00000000">
      <w:r>
        <w:t xml:space="preserve">19. Subtract: 8 hr 30 min – 4 </w:t>
      </w:r>
      <w:proofErr w:type="spellStart"/>
      <w:r>
        <w:t>hr</w:t>
      </w:r>
      <w:proofErr w:type="spellEnd"/>
      <w:r>
        <w:t xml:space="preserve"> 55 min.</w:t>
      </w:r>
    </w:p>
    <w:p w14:paraId="43AAE111" w14:textId="77777777" w:rsidR="00157528" w:rsidRDefault="00157528"/>
    <w:p w14:paraId="5E50E1CF" w14:textId="77777777" w:rsidR="00157528" w:rsidRDefault="00157528"/>
    <w:p w14:paraId="56418AE1" w14:textId="77777777" w:rsidR="002F5CFC" w:rsidRDefault="00000000">
      <w:r>
        <w:t xml:space="preserve">20. Convert 3 days 12 </w:t>
      </w:r>
      <w:proofErr w:type="spellStart"/>
      <w:r>
        <w:t>hr</w:t>
      </w:r>
      <w:proofErr w:type="spellEnd"/>
      <w:r>
        <w:t xml:space="preserve"> into hours.</w:t>
      </w:r>
    </w:p>
    <w:p w14:paraId="21794901" w14:textId="6A33AF1A" w:rsidR="00157528" w:rsidRDefault="00157528" w:rsidP="00157528">
      <w:pPr>
        <w:pStyle w:val="Heading1"/>
      </w:pPr>
      <w:r>
        <w:t>Section B</w:t>
      </w:r>
    </w:p>
    <w:p w14:paraId="77C57C9B" w14:textId="77777777" w:rsidR="002F5CFC" w:rsidRDefault="00000000">
      <w:r>
        <w:t>21. Ramesh walks 3 km 250 m to school and returns home by the same route. How far does he walk in a day?</w:t>
      </w:r>
    </w:p>
    <w:p w14:paraId="06187FCC" w14:textId="0693AE9B" w:rsidR="00157528" w:rsidRDefault="00157528"/>
    <w:p w14:paraId="51F1CF1E" w14:textId="77777777" w:rsidR="00157528" w:rsidRDefault="00157528"/>
    <w:p w14:paraId="54877D0D" w14:textId="77777777" w:rsidR="00157528" w:rsidRDefault="00157528"/>
    <w:p w14:paraId="4B8E5A4F" w14:textId="77777777" w:rsidR="00157528" w:rsidRDefault="00157528"/>
    <w:p w14:paraId="6E4A3FC4" w14:textId="77777777" w:rsidR="002F5CFC" w:rsidRDefault="00000000">
      <w:r>
        <w:t>22. A rice bag weighs 28 kg. If each small packet is 4 kg, how many packets can be made?</w:t>
      </w:r>
    </w:p>
    <w:p w14:paraId="31167B49" w14:textId="77777777" w:rsidR="00157528" w:rsidRDefault="00157528"/>
    <w:p w14:paraId="6119E826" w14:textId="77777777" w:rsidR="00157528" w:rsidRDefault="00157528"/>
    <w:p w14:paraId="26F534AF" w14:textId="77777777" w:rsidR="00157528" w:rsidRDefault="00157528"/>
    <w:p w14:paraId="2D5B4294" w14:textId="77777777" w:rsidR="00157528" w:rsidRDefault="00157528"/>
    <w:p w14:paraId="317D2CFA" w14:textId="77777777" w:rsidR="002F5CFC" w:rsidRDefault="00000000">
      <w:r>
        <w:t>23. A watermelon weighs 2.75 kg. What is its weight in grams?</w:t>
      </w:r>
    </w:p>
    <w:p w14:paraId="64DDE241" w14:textId="77777777" w:rsidR="00157528" w:rsidRDefault="00157528"/>
    <w:p w14:paraId="6F1DA62B" w14:textId="77777777" w:rsidR="00157528" w:rsidRDefault="00157528"/>
    <w:p w14:paraId="4F08DCB6" w14:textId="77777777" w:rsidR="00157528" w:rsidRDefault="00157528"/>
    <w:p w14:paraId="2932AE04" w14:textId="77777777" w:rsidR="00157528" w:rsidRDefault="00157528"/>
    <w:p w14:paraId="2A334684" w14:textId="77777777" w:rsidR="002F5CFC" w:rsidRDefault="00000000">
      <w:r>
        <w:t>24. A vessel contains 12.5 L of milk. How many bottles of 500 mL can be filled?</w:t>
      </w:r>
    </w:p>
    <w:p w14:paraId="7F008572" w14:textId="77777777" w:rsidR="00157528" w:rsidRDefault="00157528"/>
    <w:p w14:paraId="418A248E" w14:textId="77777777" w:rsidR="00157528" w:rsidRDefault="00157528"/>
    <w:p w14:paraId="56567E0D" w14:textId="77777777" w:rsidR="00157528" w:rsidRDefault="00157528"/>
    <w:p w14:paraId="4B9F0E9E" w14:textId="77777777" w:rsidR="00157528" w:rsidRDefault="00157528"/>
    <w:p w14:paraId="0C250BAD" w14:textId="4F2EA5E4" w:rsidR="002F5CFC" w:rsidRDefault="00000000">
      <w:r>
        <w:t>25. A 25 L can is filled with juice. How many 1.25 L bottles can it fill?</w:t>
      </w:r>
    </w:p>
    <w:p w14:paraId="242F6CBA" w14:textId="77777777" w:rsidR="00157528" w:rsidRDefault="00157528"/>
    <w:p w14:paraId="040AD22F" w14:textId="77777777" w:rsidR="00157528" w:rsidRDefault="00157528"/>
    <w:p w14:paraId="35C8E961" w14:textId="77777777" w:rsidR="00157528" w:rsidRDefault="00157528"/>
    <w:p w14:paraId="6A9577A4" w14:textId="77777777" w:rsidR="00157528" w:rsidRDefault="00157528"/>
    <w:p w14:paraId="043D9789" w14:textId="77AE08D3" w:rsidR="002F5CFC" w:rsidRDefault="00000000">
      <w:r>
        <w:t>26. Riya bought a dress for ₹1275.50 and a pair of shoes for ₹849.75. How much did she spend in total?</w:t>
      </w:r>
    </w:p>
    <w:p w14:paraId="5C5A2604" w14:textId="77777777" w:rsidR="00157528" w:rsidRDefault="00157528"/>
    <w:p w14:paraId="5CFED396" w14:textId="77777777" w:rsidR="00157528" w:rsidRDefault="00157528"/>
    <w:p w14:paraId="4AC2C0B6" w14:textId="77777777" w:rsidR="00157528" w:rsidRDefault="00157528"/>
    <w:p w14:paraId="2838697B" w14:textId="77777777" w:rsidR="00157528" w:rsidRDefault="00157528"/>
    <w:p w14:paraId="49EB1246" w14:textId="2C67E13B" w:rsidR="002F5CFC" w:rsidRDefault="00000000">
      <w:r>
        <w:t>27. Mohan had ₹2000. He bought a bag for ₹785.50 and a pen for ₹134.25. How much money is left?</w:t>
      </w:r>
    </w:p>
    <w:p w14:paraId="262C56D6" w14:textId="77777777" w:rsidR="00157528" w:rsidRDefault="00157528"/>
    <w:p w14:paraId="7E4EA83A" w14:textId="77777777" w:rsidR="00157528" w:rsidRDefault="00157528"/>
    <w:p w14:paraId="401CA359" w14:textId="77777777" w:rsidR="00157528" w:rsidRDefault="00157528"/>
    <w:p w14:paraId="6C3C8F2A" w14:textId="77777777" w:rsidR="00157528" w:rsidRDefault="00157528"/>
    <w:p w14:paraId="5A28E769" w14:textId="25B357D0" w:rsidR="002F5CFC" w:rsidRDefault="00000000">
      <w:r>
        <w:t>28. A rope is 15.75 m long. If it is cut into 7 equal pieces, what is the length of each piece?</w:t>
      </w:r>
    </w:p>
    <w:p w14:paraId="307065E5" w14:textId="77777777" w:rsidR="00157528" w:rsidRDefault="00157528"/>
    <w:p w14:paraId="563B34EB" w14:textId="77777777" w:rsidR="00157528" w:rsidRDefault="00157528"/>
    <w:p w14:paraId="54F0BEC7" w14:textId="77777777" w:rsidR="00157528" w:rsidRDefault="00157528"/>
    <w:p w14:paraId="00DB17B5" w14:textId="77777777" w:rsidR="00157528" w:rsidRDefault="00157528"/>
    <w:p w14:paraId="6E429B22" w14:textId="32D3C28B" w:rsidR="002F5CFC" w:rsidRDefault="00000000">
      <w:r>
        <w:t>29. A bus travels 48 km every hour. How far will it go in 7.5 hours?</w:t>
      </w:r>
    </w:p>
    <w:p w14:paraId="73C8E2AB" w14:textId="77777777" w:rsidR="00157528" w:rsidRDefault="00157528"/>
    <w:p w14:paraId="087D9F06" w14:textId="77777777" w:rsidR="00157528" w:rsidRDefault="00157528"/>
    <w:p w14:paraId="002D0F8D" w14:textId="77777777" w:rsidR="00157528" w:rsidRDefault="00157528"/>
    <w:p w14:paraId="11161578" w14:textId="77777777" w:rsidR="00157528" w:rsidRDefault="00157528"/>
    <w:p w14:paraId="0C464816" w14:textId="5BBA31D1" w:rsidR="002F5CFC" w:rsidRDefault="00000000">
      <w:r>
        <w:t>30. A tank holds 360 L of water. If each bucket holds 9 L, how many buckets will be needed to empty the tank?</w:t>
      </w:r>
    </w:p>
    <w:p w14:paraId="6479E60E" w14:textId="77777777" w:rsidR="00157528" w:rsidRDefault="00157528"/>
    <w:p w14:paraId="28B99FF9" w14:textId="77777777" w:rsidR="00157528" w:rsidRDefault="00157528"/>
    <w:p w14:paraId="0FA93C95" w14:textId="77777777" w:rsidR="00157528" w:rsidRDefault="00157528"/>
    <w:p w14:paraId="2DA3157F" w14:textId="77777777" w:rsidR="00157528" w:rsidRDefault="00157528"/>
    <w:p w14:paraId="7F483AA5" w14:textId="6A85E4B0" w:rsidR="002F5CFC" w:rsidRDefault="00000000">
      <w:r>
        <w:t>31. A worker earns ₹750 per day. How much does he earn in 18 days?</w:t>
      </w:r>
    </w:p>
    <w:p w14:paraId="14D3E3DC" w14:textId="77777777" w:rsidR="00157528" w:rsidRDefault="00157528"/>
    <w:p w14:paraId="6C14462B" w14:textId="77777777" w:rsidR="00157528" w:rsidRDefault="00157528"/>
    <w:p w14:paraId="5DAD60A9" w14:textId="77777777" w:rsidR="00157528" w:rsidRDefault="00157528"/>
    <w:p w14:paraId="540C35A5" w14:textId="77777777" w:rsidR="00157528" w:rsidRDefault="00157528"/>
    <w:p w14:paraId="10FED729" w14:textId="5F622AAE" w:rsidR="002F5CFC" w:rsidRDefault="00000000">
      <w:r>
        <w:t>32. A shopkeeper bought 12 kg of sugar at ₹42 per kg. What is the total cost?</w:t>
      </w:r>
    </w:p>
    <w:p w14:paraId="16097D76" w14:textId="77777777" w:rsidR="00157528" w:rsidRDefault="00157528"/>
    <w:p w14:paraId="0CA1DBA8" w14:textId="77777777" w:rsidR="00157528" w:rsidRDefault="00157528"/>
    <w:p w14:paraId="676D8E4F" w14:textId="77777777" w:rsidR="00157528" w:rsidRDefault="00157528"/>
    <w:p w14:paraId="1B910641" w14:textId="387479B3" w:rsidR="002F5CFC" w:rsidRDefault="00000000">
      <w:r>
        <w:t>33. A movie starts at 6:45 pm and ends at 9:20 pm. Find the duration.</w:t>
      </w:r>
    </w:p>
    <w:p w14:paraId="284194B8" w14:textId="77777777" w:rsidR="00157528" w:rsidRDefault="00157528"/>
    <w:p w14:paraId="65BA33A1" w14:textId="77777777" w:rsidR="00157528" w:rsidRDefault="00157528"/>
    <w:p w14:paraId="5D400E5A" w14:textId="77777777" w:rsidR="00157528" w:rsidRDefault="00157528"/>
    <w:p w14:paraId="25A9B498" w14:textId="335BA119" w:rsidR="002F5CFC" w:rsidRDefault="00000000">
      <w:r>
        <w:t>34. A train leaves Delhi at 7:30 am and reaches Jaipur at 11:15 am. Find the travel time.</w:t>
      </w:r>
    </w:p>
    <w:p w14:paraId="52A13837" w14:textId="77777777" w:rsidR="00157528" w:rsidRDefault="00157528"/>
    <w:p w14:paraId="4083301A" w14:textId="77777777" w:rsidR="00157528" w:rsidRDefault="00157528"/>
    <w:p w14:paraId="3D511CB1" w14:textId="77777777" w:rsidR="00157528" w:rsidRDefault="00157528"/>
    <w:p w14:paraId="3C3D0444" w14:textId="77777777" w:rsidR="00157528" w:rsidRDefault="00157528"/>
    <w:p w14:paraId="7A8201E8" w14:textId="6BC69488" w:rsidR="002F5CFC" w:rsidRDefault="00000000">
      <w:r>
        <w:t>35. Seema spends 2 hr 15 min on homework, 1 hr 40 min on reading, and 45 min on games. How much total time does she spend?</w:t>
      </w:r>
    </w:p>
    <w:p w14:paraId="0EACBE58" w14:textId="77777777" w:rsidR="00157528" w:rsidRDefault="00157528">
      <w:pPr>
        <w:pStyle w:val="Heading2"/>
      </w:pPr>
    </w:p>
    <w:p w14:paraId="1A07B8A2" w14:textId="77777777" w:rsidR="00157528" w:rsidRDefault="00157528">
      <w:pPr>
        <w:pStyle w:val="Heading2"/>
      </w:pPr>
    </w:p>
    <w:p w14:paraId="61E47728" w14:textId="77777777" w:rsidR="00157528" w:rsidRDefault="00157528">
      <w:pPr>
        <w:pStyle w:val="Heading2"/>
      </w:pPr>
    </w:p>
    <w:p w14:paraId="1156719F" w14:textId="77777777" w:rsidR="00157528" w:rsidRDefault="00157528">
      <w:pPr>
        <w:pStyle w:val="Heading2"/>
      </w:pPr>
    </w:p>
    <w:p w14:paraId="6890278D" w14:textId="14BC27FB" w:rsidR="002F5CFC" w:rsidRDefault="00000000">
      <w:pPr>
        <w:pStyle w:val="Heading2"/>
      </w:pPr>
      <w:r>
        <w:t xml:space="preserve">Section C </w:t>
      </w:r>
    </w:p>
    <w:p w14:paraId="7D4A393D" w14:textId="3420F58F" w:rsidR="002F5CFC" w:rsidRDefault="00000000">
      <w:r>
        <w:t>36. A water tank has 3 taps. Tap A fills 12 L/min, Tap B fills 8 L/min, and Tap C empties 10 L/min. If all taps are opened together, how much water is filled in 15 minutes?</w:t>
      </w:r>
    </w:p>
    <w:p w14:paraId="50A9ADE3" w14:textId="77777777" w:rsidR="00157528" w:rsidRDefault="00157528"/>
    <w:p w14:paraId="1B7B2EBA" w14:textId="77777777" w:rsidR="00157528" w:rsidRDefault="00157528"/>
    <w:p w14:paraId="5958D458" w14:textId="77777777" w:rsidR="00157528" w:rsidRDefault="00157528"/>
    <w:p w14:paraId="396D2209" w14:textId="77777777" w:rsidR="00157528" w:rsidRDefault="00157528"/>
    <w:p w14:paraId="01E8B8AD" w14:textId="6A77B006" w:rsidR="00157528" w:rsidRDefault="00157528"/>
    <w:p w14:paraId="2382E461" w14:textId="117CF5A7" w:rsidR="002F5CFC" w:rsidRDefault="00000000">
      <w:r>
        <w:t>37. The sum of two lengths is 12.75 m. If one is 7.6 m, find the other.</w:t>
      </w:r>
    </w:p>
    <w:p w14:paraId="40ABC803" w14:textId="77777777" w:rsidR="00157528" w:rsidRDefault="00157528"/>
    <w:p w14:paraId="38D54BA5" w14:textId="77777777" w:rsidR="00157528" w:rsidRDefault="00157528"/>
    <w:p w14:paraId="15E21235" w14:textId="77777777" w:rsidR="00157528" w:rsidRDefault="00157528"/>
    <w:p w14:paraId="04A83AAC" w14:textId="77777777" w:rsidR="00157528" w:rsidRDefault="00157528"/>
    <w:p w14:paraId="6F802398" w14:textId="1CE1272A" w:rsidR="002F5CFC" w:rsidRDefault="00000000">
      <w:r>
        <w:lastRenderedPageBreak/>
        <w:t>38. A shopkeeper had ₹10,000. He sold goods worth ₹4725.75 and then bought more goods worth ₹3265.50. How much money does he now have?</w:t>
      </w:r>
    </w:p>
    <w:p w14:paraId="4E1A98C6" w14:textId="77777777" w:rsidR="00157528" w:rsidRDefault="00157528"/>
    <w:p w14:paraId="25E72694" w14:textId="77777777" w:rsidR="00157528" w:rsidRDefault="00157528"/>
    <w:p w14:paraId="69285E61" w14:textId="77777777" w:rsidR="00157528" w:rsidRDefault="00157528"/>
    <w:p w14:paraId="0AAED22D" w14:textId="77777777" w:rsidR="00157528" w:rsidRDefault="00157528"/>
    <w:p w14:paraId="21E26D90" w14:textId="4CB9B057" w:rsidR="002F5CFC" w:rsidRDefault="00000000">
      <w:r>
        <w:t>39. A car covers 324 km in 6 hours. Find its speed. How much distance will it cover in 9 hours at the same speed?</w:t>
      </w:r>
    </w:p>
    <w:p w14:paraId="7494B33D" w14:textId="77777777" w:rsidR="00157528" w:rsidRDefault="00157528"/>
    <w:p w14:paraId="16B37F93" w14:textId="77777777" w:rsidR="00157528" w:rsidRDefault="00157528"/>
    <w:p w14:paraId="36D1F5A5" w14:textId="77777777" w:rsidR="00157528" w:rsidRDefault="00157528"/>
    <w:p w14:paraId="06920429" w14:textId="7F31DC00" w:rsidR="002F5CFC" w:rsidRDefault="00000000">
      <w:r>
        <w:t>40. A cube-shaped box has sides of 25 cm. Find its volume in cubic centimeters and liters.</w:t>
      </w:r>
    </w:p>
    <w:sectPr w:rsidR="002F5CF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4477771">
    <w:abstractNumId w:val="8"/>
  </w:num>
  <w:num w:numId="2" w16cid:durableId="49304930">
    <w:abstractNumId w:val="6"/>
  </w:num>
  <w:num w:numId="3" w16cid:durableId="1427144647">
    <w:abstractNumId w:val="5"/>
  </w:num>
  <w:num w:numId="4" w16cid:durableId="1365641849">
    <w:abstractNumId w:val="4"/>
  </w:num>
  <w:num w:numId="5" w16cid:durableId="1181430388">
    <w:abstractNumId w:val="7"/>
  </w:num>
  <w:num w:numId="6" w16cid:durableId="426775787">
    <w:abstractNumId w:val="3"/>
  </w:num>
  <w:num w:numId="7" w16cid:durableId="888802882">
    <w:abstractNumId w:val="2"/>
  </w:num>
  <w:num w:numId="8" w16cid:durableId="139395693">
    <w:abstractNumId w:val="1"/>
  </w:num>
  <w:num w:numId="9" w16cid:durableId="682367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528"/>
    <w:rsid w:val="0029639D"/>
    <w:rsid w:val="002F5CFC"/>
    <w:rsid w:val="00326F90"/>
    <w:rsid w:val="0074115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AB2FC7"/>
  <w14:defaultImageDpi w14:val="300"/>
  <w15:docId w15:val="{57BCACAA-5078-4144-B302-440795D9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2013-12-23T23:15:00Z</dcterms:created>
  <dcterms:modified xsi:type="dcterms:W3CDTF">2025-08-27T11:16:00Z</dcterms:modified>
  <cp:category/>
</cp:coreProperties>
</file>