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488C" w14:textId="5BE9CCC9" w:rsidR="000F56B7" w:rsidRDefault="00000000" w:rsidP="00BD7C6F">
      <w:pPr>
        <w:pStyle w:val="Heading1"/>
        <w:jc w:val="center"/>
      </w:pPr>
      <w:r>
        <w:t>Money (₹ – Rupees and Paise)</w:t>
      </w:r>
    </w:p>
    <w:p w14:paraId="0A41071E" w14:textId="53FAF6C6" w:rsidR="000F56B7" w:rsidRDefault="00000000">
      <w:pPr>
        <w:pStyle w:val="Heading3"/>
      </w:pPr>
      <w:r>
        <w:t xml:space="preserve">A. Conversions </w:t>
      </w:r>
    </w:p>
    <w:p w14:paraId="7BBABEB8" w14:textId="77777777" w:rsidR="000F56B7" w:rsidRDefault="00000000">
      <w:r>
        <w:t>1. Convert ₹8.75 into paise.</w:t>
      </w:r>
    </w:p>
    <w:p w14:paraId="5CB01F1B" w14:textId="77777777" w:rsidR="00BD7C6F" w:rsidRDefault="00BD7C6F"/>
    <w:p w14:paraId="64E486C3" w14:textId="77777777" w:rsidR="00BD7C6F" w:rsidRDefault="00BD7C6F"/>
    <w:p w14:paraId="46339B38" w14:textId="77777777" w:rsidR="000F56B7" w:rsidRDefault="00000000">
      <w:r>
        <w:t>2. Convert 950 paise into rupees.</w:t>
      </w:r>
    </w:p>
    <w:p w14:paraId="231186E2" w14:textId="77777777" w:rsidR="00BD7C6F" w:rsidRDefault="00BD7C6F"/>
    <w:p w14:paraId="57A59E0A" w14:textId="77777777" w:rsidR="00BD7C6F" w:rsidRDefault="00BD7C6F"/>
    <w:p w14:paraId="44D68F48" w14:textId="77777777" w:rsidR="000F56B7" w:rsidRDefault="00000000">
      <w:r>
        <w:t>3. Write ₹12.50 as paise.</w:t>
      </w:r>
    </w:p>
    <w:p w14:paraId="0B28C063" w14:textId="77777777" w:rsidR="00BD7C6F" w:rsidRDefault="00BD7C6F"/>
    <w:p w14:paraId="262463D7" w14:textId="77777777" w:rsidR="00BD7C6F" w:rsidRDefault="00BD7C6F"/>
    <w:p w14:paraId="7643921F" w14:textId="77777777" w:rsidR="000F56B7" w:rsidRDefault="00000000">
      <w:r>
        <w:t>4. Convert 2750 paise into rupees.</w:t>
      </w:r>
    </w:p>
    <w:p w14:paraId="56D907EE" w14:textId="77777777" w:rsidR="00BD7C6F" w:rsidRDefault="00BD7C6F"/>
    <w:p w14:paraId="563A681B" w14:textId="77777777" w:rsidR="00BD7C6F" w:rsidRDefault="00BD7C6F"/>
    <w:p w14:paraId="1949AEB8" w14:textId="77777777" w:rsidR="000F56B7" w:rsidRDefault="00000000">
      <w:r>
        <w:t>5. Which is more: ₹15.40 or 1525 paise?</w:t>
      </w:r>
    </w:p>
    <w:p w14:paraId="5CC80C87" w14:textId="77777777" w:rsidR="00BD7C6F" w:rsidRDefault="00BD7C6F"/>
    <w:p w14:paraId="5EB08D68" w14:textId="77777777" w:rsidR="00BD7C6F" w:rsidRDefault="00BD7C6F"/>
    <w:p w14:paraId="3AC07B45" w14:textId="77777777" w:rsidR="000F56B7" w:rsidRDefault="00000000">
      <w:r>
        <w:t>6. ₹4.75 = ______ paise</w:t>
      </w:r>
    </w:p>
    <w:p w14:paraId="14E38846" w14:textId="77777777" w:rsidR="00BD7C6F" w:rsidRDefault="00BD7C6F"/>
    <w:p w14:paraId="4005D438" w14:textId="77777777" w:rsidR="00BD7C6F" w:rsidRDefault="00BD7C6F"/>
    <w:p w14:paraId="54DDB05A" w14:textId="77777777" w:rsidR="00BD7C6F" w:rsidRDefault="00BD7C6F"/>
    <w:p w14:paraId="0545E946" w14:textId="5DD9FB5F" w:rsidR="000F56B7" w:rsidRDefault="00000000">
      <w:pPr>
        <w:pStyle w:val="Heading3"/>
      </w:pPr>
      <w:r>
        <w:t xml:space="preserve">B. Addition &amp; Subtraction </w:t>
      </w:r>
    </w:p>
    <w:p w14:paraId="6612E8C9" w14:textId="77777777" w:rsidR="000F56B7" w:rsidRDefault="00000000">
      <w:r>
        <w:t>7. Add ₹12.45 and ₹18.65.</w:t>
      </w:r>
    </w:p>
    <w:p w14:paraId="7AF1365E" w14:textId="77777777" w:rsidR="00BD7C6F" w:rsidRDefault="00BD7C6F"/>
    <w:p w14:paraId="5E5CFF1D" w14:textId="77777777" w:rsidR="00BD7C6F" w:rsidRDefault="00BD7C6F"/>
    <w:p w14:paraId="020FC762" w14:textId="77777777" w:rsidR="00BD7C6F" w:rsidRDefault="00BD7C6F"/>
    <w:p w14:paraId="7E79565C" w14:textId="77777777" w:rsidR="000F56B7" w:rsidRDefault="00000000">
      <w:r>
        <w:lastRenderedPageBreak/>
        <w:t>8. Subtract ₹23.75 from ₹50.00.</w:t>
      </w:r>
    </w:p>
    <w:p w14:paraId="3FEF3EDE" w14:textId="77777777" w:rsidR="00BD7C6F" w:rsidRDefault="00BD7C6F"/>
    <w:p w14:paraId="65D8C4C6" w14:textId="77777777" w:rsidR="00BD7C6F" w:rsidRDefault="00BD7C6F"/>
    <w:p w14:paraId="0FF3047B" w14:textId="4FDE6A7F" w:rsidR="000F56B7" w:rsidRDefault="00000000">
      <w:r>
        <w:t>9. Add ₹45.60, ₹32.40, and ₹12.75.</w:t>
      </w:r>
    </w:p>
    <w:p w14:paraId="336064DA" w14:textId="77777777" w:rsidR="00BD7C6F" w:rsidRDefault="00BD7C6F"/>
    <w:p w14:paraId="58090940" w14:textId="77777777" w:rsidR="00BD7C6F" w:rsidRDefault="00BD7C6F"/>
    <w:p w14:paraId="78FF9C4D" w14:textId="77777777" w:rsidR="000F56B7" w:rsidRDefault="00000000">
      <w:r>
        <w:t>10. Subtract ₹18.25 from ₹20.00.</w:t>
      </w:r>
    </w:p>
    <w:p w14:paraId="4CE1F22D" w14:textId="77777777" w:rsidR="00BD7C6F" w:rsidRDefault="00BD7C6F"/>
    <w:p w14:paraId="1637AD13" w14:textId="77777777" w:rsidR="00BD7C6F" w:rsidRDefault="00BD7C6F"/>
    <w:p w14:paraId="011C29F7" w14:textId="77777777" w:rsidR="000F56B7" w:rsidRDefault="00000000">
      <w:r>
        <w:t>11. A toy costs ₹215.50 and another toy costs ₹325.75. Find the total cost.</w:t>
      </w:r>
    </w:p>
    <w:p w14:paraId="61D01FAE" w14:textId="77777777" w:rsidR="00BD7C6F" w:rsidRDefault="00BD7C6F"/>
    <w:p w14:paraId="62636DCE" w14:textId="5B2529C4" w:rsidR="00BD7C6F" w:rsidRDefault="00BD7C6F"/>
    <w:p w14:paraId="3082A31A" w14:textId="77777777" w:rsidR="000F56B7" w:rsidRDefault="00000000">
      <w:r>
        <w:t>12. A man has ₹500. He spends ₹237.25. How much is left?</w:t>
      </w:r>
    </w:p>
    <w:p w14:paraId="76F57110" w14:textId="77777777" w:rsidR="00BD7C6F" w:rsidRDefault="00BD7C6F"/>
    <w:p w14:paraId="1FAA97B5" w14:textId="77777777" w:rsidR="00BD7C6F" w:rsidRDefault="00BD7C6F"/>
    <w:p w14:paraId="1EB7E308" w14:textId="3BC0283C" w:rsidR="000F56B7" w:rsidRDefault="00000000">
      <w:pPr>
        <w:pStyle w:val="Heading3"/>
      </w:pPr>
      <w:r>
        <w:t xml:space="preserve">C. Multiplication &amp; Division </w:t>
      </w:r>
    </w:p>
    <w:p w14:paraId="0F8D6CEF" w14:textId="77777777" w:rsidR="000F56B7" w:rsidRDefault="00000000">
      <w:r>
        <w:t>13. Find the cost of 7 pens if one pen costs ₹12.50.</w:t>
      </w:r>
    </w:p>
    <w:p w14:paraId="4C7783A4" w14:textId="77777777" w:rsidR="00BD7C6F" w:rsidRDefault="00BD7C6F"/>
    <w:p w14:paraId="0895ACDE" w14:textId="77777777" w:rsidR="00BD7C6F" w:rsidRDefault="00BD7C6F"/>
    <w:p w14:paraId="3F98BF70" w14:textId="77777777" w:rsidR="000F56B7" w:rsidRDefault="00000000">
      <w:r>
        <w:t>14. A notebook costs ₹18.75. What is the cost of 12 notebooks?</w:t>
      </w:r>
    </w:p>
    <w:p w14:paraId="5CBBFC53" w14:textId="77777777" w:rsidR="00BD7C6F" w:rsidRDefault="00BD7C6F"/>
    <w:p w14:paraId="5366E5B7" w14:textId="77777777" w:rsidR="00BD7C6F" w:rsidRDefault="00BD7C6F"/>
    <w:p w14:paraId="61F50D21" w14:textId="77777777" w:rsidR="000F56B7" w:rsidRDefault="00000000">
      <w:r>
        <w:t>15. A mango costs ₹22.50. Find the cost of 20 mangoes.</w:t>
      </w:r>
    </w:p>
    <w:p w14:paraId="450FA763" w14:textId="77777777" w:rsidR="00BD7C6F" w:rsidRDefault="00BD7C6F"/>
    <w:p w14:paraId="7022AA02" w14:textId="77777777" w:rsidR="00BD7C6F" w:rsidRDefault="00BD7C6F"/>
    <w:p w14:paraId="1105A0A1" w14:textId="77777777" w:rsidR="000F56B7" w:rsidRDefault="00000000">
      <w:r>
        <w:t>16. A book costs ₹85.20. What is the cost of 8 books?</w:t>
      </w:r>
    </w:p>
    <w:p w14:paraId="5C88C5F0" w14:textId="77777777" w:rsidR="00BD7C6F" w:rsidRDefault="00BD7C6F"/>
    <w:p w14:paraId="57726EE7" w14:textId="77777777" w:rsidR="00BD7C6F" w:rsidRDefault="00BD7C6F"/>
    <w:p w14:paraId="1FEFFAB6" w14:textId="77777777" w:rsidR="000F56B7" w:rsidRDefault="00000000">
      <w:r>
        <w:t>17. If 5 pencils cost ₹37.50, find the cost of one pencil.</w:t>
      </w:r>
    </w:p>
    <w:p w14:paraId="3E962C56" w14:textId="77777777" w:rsidR="00BD7C6F" w:rsidRDefault="00BD7C6F"/>
    <w:p w14:paraId="1BFEAAC0" w14:textId="77777777" w:rsidR="00BD7C6F" w:rsidRDefault="00BD7C6F"/>
    <w:p w14:paraId="5471D0C3" w14:textId="77777777" w:rsidR="000F56B7" w:rsidRDefault="00000000">
      <w:r>
        <w:t>18. A man paid ₹540 for 12 shirts. Find the cost of one shirt.</w:t>
      </w:r>
    </w:p>
    <w:p w14:paraId="79970371" w14:textId="77777777" w:rsidR="00BD7C6F" w:rsidRDefault="00BD7C6F"/>
    <w:p w14:paraId="1586DC67" w14:textId="77777777" w:rsidR="00BD7C6F" w:rsidRDefault="00BD7C6F"/>
    <w:p w14:paraId="2D62AEF8" w14:textId="71C20D05" w:rsidR="000F56B7" w:rsidRDefault="00000000">
      <w:pPr>
        <w:pStyle w:val="Heading3"/>
      </w:pPr>
      <w:r>
        <w:t xml:space="preserve">D. Word Problems </w:t>
      </w:r>
    </w:p>
    <w:p w14:paraId="3DDF29AC" w14:textId="77777777" w:rsidR="000F56B7" w:rsidRDefault="00000000">
      <w:r>
        <w:t>19. Riya bought a bag for ₹725.50 and a bottle for ₹299.75. Find the total cost.</w:t>
      </w:r>
    </w:p>
    <w:p w14:paraId="3D2BF87C" w14:textId="77777777" w:rsidR="00BD7C6F" w:rsidRDefault="00BD7C6F"/>
    <w:p w14:paraId="2371FC53" w14:textId="77777777" w:rsidR="00BD7C6F" w:rsidRDefault="00BD7C6F"/>
    <w:p w14:paraId="354E9390" w14:textId="77777777" w:rsidR="000F56B7" w:rsidRDefault="00000000">
      <w:r>
        <w:t>20. A fruit-seller sold 3 kg of apples at ₹125.50 per kg. Find the total amount.</w:t>
      </w:r>
    </w:p>
    <w:p w14:paraId="2E73A01E" w14:textId="77777777" w:rsidR="00BD7C6F" w:rsidRDefault="00BD7C6F"/>
    <w:p w14:paraId="3846A9A7" w14:textId="77777777" w:rsidR="00BD7C6F" w:rsidRDefault="00BD7C6F"/>
    <w:p w14:paraId="08AFFA69" w14:textId="77777777" w:rsidR="00BD7C6F" w:rsidRDefault="00BD7C6F"/>
    <w:p w14:paraId="227FBA41" w14:textId="77777777" w:rsidR="000F56B7" w:rsidRDefault="00000000">
      <w:r>
        <w:t>21. A cricket bat costs ₹650.75 and a ball costs ₹245.25. Find the total cost.</w:t>
      </w:r>
    </w:p>
    <w:p w14:paraId="71319C9C" w14:textId="77777777" w:rsidR="00BD7C6F" w:rsidRDefault="00BD7C6F"/>
    <w:p w14:paraId="42A7D4FB" w14:textId="77777777" w:rsidR="00BD7C6F" w:rsidRDefault="00BD7C6F"/>
    <w:p w14:paraId="19191945" w14:textId="59E01C22" w:rsidR="000F56B7" w:rsidRDefault="00000000">
      <w:r>
        <w:t>22. A man gave ₹1000 to the shopkeeper. His bill was ₹725.80. How much change will he get?</w:t>
      </w:r>
    </w:p>
    <w:p w14:paraId="082C212D" w14:textId="77777777" w:rsidR="00BD7C6F" w:rsidRDefault="00BD7C6F"/>
    <w:p w14:paraId="75134325" w14:textId="77777777" w:rsidR="00BD7C6F" w:rsidRDefault="00BD7C6F"/>
    <w:p w14:paraId="72EB34BE" w14:textId="77777777" w:rsidR="000F56B7" w:rsidRDefault="00000000">
      <w:r>
        <w:t>23. A chocolate costs ₹18.75. How much will 24 chocolates cost?</w:t>
      </w:r>
    </w:p>
    <w:p w14:paraId="51C774F3" w14:textId="77777777" w:rsidR="00BD7C6F" w:rsidRDefault="00BD7C6F"/>
    <w:p w14:paraId="4D6CE2A8" w14:textId="77777777" w:rsidR="00BD7C6F" w:rsidRDefault="00BD7C6F"/>
    <w:p w14:paraId="44536492" w14:textId="77777777" w:rsidR="000F56B7" w:rsidRDefault="00000000">
      <w:r>
        <w:t>24. A packet of biscuits costs ₹22.50. Find the cost of 15 such packets.</w:t>
      </w:r>
    </w:p>
    <w:p w14:paraId="6A56445E" w14:textId="77777777" w:rsidR="00BD7C6F" w:rsidRDefault="00BD7C6F"/>
    <w:p w14:paraId="3F31F2F1" w14:textId="77777777" w:rsidR="00BD7C6F" w:rsidRDefault="00BD7C6F"/>
    <w:p w14:paraId="61F3FE13" w14:textId="77777777" w:rsidR="00BD7C6F" w:rsidRDefault="00BD7C6F"/>
    <w:p w14:paraId="4E45FF25" w14:textId="77777777" w:rsidR="000F56B7" w:rsidRDefault="00000000">
      <w:r>
        <w:t>25. Rohan buys 4 pencils at ₹12.50 each and 3 erasers at ₹8.25 each. Find the total money spent.</w:t>
      </w:r>
    </w:p>
    <w:p w14:paraId="538949DD" w14:textId="77777777" w:rsidR="00BD7C6F" w:rsidRDefault="00BD7C6F"/>
    <w:p w14:paraId="385AAE3E" w14:textId="77777777" w:rsidR="00BD7C6F" w:rsidRDefault="00BD7C6F"/>
    <w:sectPr w:rsidR="00BD7C6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2911423">
    <w:abstractNumId w:val="8"/>
  </w:num>
  <w:num w:numId="2" w16cid:durableId="1410300077">
    <w:abstractNumId w:val="6"/>
  </w:num>
  <w:num w:numId="3" w16cid:durableId="167866938">
    <w:abstractNumId w:val="5"/>
  </w:num>
  <w:num w:numId="4" w16cid:durableId="546571599">
    <w:abstractNumId w:val="4"/>
  </w:num>
  <w:num w:numId="5" w16cid:durableId="2048218303">
    <w:abstractNumId w:val="7"/>
  </w:num>
  <w:num w:numId="6" w16cid:durableId="163009912">
    <w:abstractNumId w:val="3"/>
  </w:num>
  <w:num w:numId="7" w16cid:durableId="258147876">
    <w:abstractNumId w:val="2"/>
  </w:num>
  <w:num w:numId="8" w16cid:durableId="667712540">
    <w:abstractNumId w:val="1"/>
  </w:num>
  <w:num w:numId="9" w16cid:durableId="1438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6B7"/>
    <w:rsid w:val="0015074B"/>
    <w:rsid w:val="0029639D"/>
    <w:rsid w:val="00326F90"/>
    <w:rsid w:val="0074115C"/>
    <w:rsid w:val="00AA1D8D"/>
    <w:rsid w:val="00B47730"/>
    <w:rsid w:val="00BD7C6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352FC6"/>
  <w14:defaultImageDpi w14:val="300"/>
  <w15:docId w15:val="{57BCACAA-5078-4144-B302-440795D9D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2025-08-27T11:12:00Z</dcterms:modified>
  <cp:category/>
</cp:coreProperties>
</file>