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FF8A2" w14:textId="33612727" w:rsidR="00342B8E" w:rsidRDefault="00000000">
      <w:pPr>
        <w:pStyle w:val="Title"/>
      </w:pPr>
      <w:r>
        <w:t>Worksheet – Angles</w:t>
      </w:r>
    </w:p>
    <w:p w14:paraId="2802486D" w14:textId="3B84DE73" w:rsidR="00342B8E" w:rsidRDefault="00000000">
      <w:pPr>
        <w:pStyle w:val="Heading1"/>
      </w:pPr>
      <w:r>
        <w:t xml:space="preserve">Part A – Quick Computation </w:t>
      </w:r>
    </w:p>
    <w:p w14:paraId="7AA154D0" w14:textId="77777777" w:rsidR="00342B8E" w:rsidRDefault="00000000">
      <w:r>
        <w:t>1. Find the complement of 54°.</w:t>
      </w:r>
    </w:p>
    <w:p w14:paraId="5D543591" w14:textId="77777777" w:rsidR="009750CE" w:rsidRDefault="009750CE"/>
    <w:p w14:paraId="17D84441" w14:textId="77777777" w:rsidR="009750CE" w:rsidRDefault="009750CE"/>
    <w:p w14:paraId="1A3F99E3" w14:textId="77777777" w:rsidR="00342B8E" w:rsidRDefault="00000000">
      <w:r>
        <w:t>2. Find the supplement of 127°.</w:t>
      </w:r>
    </w:p>
    <w:p w14:paraId="6851D142" w14:textId="77777777" w:rsidR="009750CE" w:rsidRDefault="009750CE"/>
    <w:p w14:paraId="13FDC375" w14:textId="77777777" w:rsidR="009750CE" w:rsidRDefault="009750CE"/>
    <w:p w14:paraId="14FF69B7" w14:textId="77777777" w:rsidR="00342B8E" w:rsidRDefault="00000000">
      <w:r>
        <w:t>3. If one angle of a straight line is 72°, what is the other?</w:t>
      </w:r>
    </w:p>
    <w:p w14:paraId="7DC28F36" w14:textId="77777777" w:rsidR="009750CE" w:rsidRDefault="009750CE"/>
    <w:p w14:paraId="221F93DF" w14:textId="77777777" w:rsidR="009750CE" w:rsidRDefault="009750CE"/>
    <w:p w14:paraId="25875990" w14:textId="77777777" w:rsidR="00342B8E" w:rsidRDefault="00000000">
      <w:r>
        <w:t>4. Two angles at a point are 110° and 95°. Find the third angle.</w:t>
      </w:r>
    </w:p>
    <w:p w14:paraId="1C1E6D25" w14:textId="77777777" w:rsidR="009750CE" w:rsidRDefault="009750CE"/>
    <w:p w14:paraId="02E5899C" w14:textId="77777777" w:rsidR="009750CE" w:rsidRDefault="009750CE"/>
    <w:p w14:paraId="5483B91C" w14:textId="77777777" w:rsidR="00342B8E" w:rsidRDefault="00000000">
      <w:r>
        <w:t>5. In a triangle, two angles measure 58° and 67°. Find the third angle.</w:t>
      </w:r>
    </w:p>
    <w:p w14:paraId="43419279" w14:textId="77777777" w:rsidR="009750CE" w:rsidRDefault="009750CE"/>
    <w:p w14:paraId="34FCA8E2" w14:textId="77777777" w:rsidR="009750CE" w:rsidRDefault="009750CE"/>
    <w:p w14:paraId="5C61522B" w14:textId="77777777" w:rsidR="00342B8E" w:rsidRDefault="00000000">
      <w:r>
        <w:t>6. One angle of a triangle is 90°, and another is 32°. Find the third angle.</w:t>
      </w:r>
    </w:p>
    <w:p w14:paraId="65568B3D" w14:textId="77777777" w:rsidR="009750CE" w:rsidRDefault="009750CE"/>
    <w:p w14:paraId="61642E41" w14:textId="77777777" w:rsidR="009750CE" w:rsidRDefault="009750CE"/>
    <w:p w14:paraId="1C9A2426" w14:textId="77777777" w:rsidR="00342B8E" w:rsidRDefault="00000000">
      <w:r>
        <w:t>7. Find the sum of the interior angles of a hexagon.</w:t>
      </w:r>
    </w:p>
    <w:p w14:paraId="103DC012" w14:textId="77777777" w:rsidR="009750CE" w:rsidRDefault="009750CE"/>
    <w:p w14:paraId="4EFCC506" w14:textId="77777777" w:rsidR="009750CE" w:rsidRDefault="009750CE"/>
    <w:p w14:paraId="60698831" w14:textId="77777777" w:rsidR="00342B8E" w:rsidRDefault="00000000">
      <w:r>
        <w:t>8. How many sides does a polygon have if the sum of its interior angles is 900°?</w:t>
      </w:r>
    </w:p>
    <w:p w14:paraId="15B64707" w14:textId="77777777" w:rsidR="009750CE" w:rsidRDefault="009750CE"/>
    <w:p w14:paraId="11880B52" w14:textId="77777777" w:rsidR="009750CE" w:rsidRDefault="009750CE"/>
    <w:p w14:paraId="4B9A9718" w14:textId="77777777" w:rsidR="00342B8E" w:rsidRDefault="00000000">
      <w:r>
        <w:t>9. Find each interior angle of a regular pentagon.</w:t>
      </w:r>
    </w:p>
    <w:p w14:paraId="0FE262D0" w14:textId="77777777" w:rsidR="009750CE" w:rsidRDefault="009750CE"/>
    <w:p w14:paraId="35F7C8E4" w14:textId="77777777" w:rsidR="009750CE" w:rsidRDefault="009750CE"/>
    <w:p w14:paraId="04A33EA7" w14:textId="77777777" w:rsidR="00342B8E" w:rsidRDefault="00000000">
      <w:r>
        <w:t>10. Find each exterior angle of a regular decagon.</w:t>
      </w:r>
    </w:p>
    <w:p w14:paraId="7CD5E47A" w14:textId="77777777" w:rsidR="009750CE" w:rsidRDefault="009750CE"/>
    <w:p w14:paraId="24ED815B" w14:textId="77777777" w:rsidR="009750CE" w:rsidRDefault="009750CE"/>
    <w:p w14:paraId="05A7325C" w14:textId="77DF3EDF" w:rsidR="00342B8E" w:rsidRDefault="00000000">
      <w:pPr>
        <w:pStyle w:val="Heading1"/>
      </w:pPr>
      <w:r>
        <w:t>Part B – Word Problems</w:t>
      </w:r>
    </w:p>
    <w:p w14:paraId="7A43B4E8" w14:textId="77777777" w:rsidR="00342B8E" w:rsidRDefault="00000000">
      <w:r>
        <w:t>11. The supplement of an angle is 124°. What is the angle?</w:t>
      </w:r>
    </w:p>
    <w:p w14:paraId="0D271C15" w14:textId="77777777" w:rsidR="009750CE" w:rsidRDefault="009750CE"/>
    <w:p w14:paraId="61F0C866" w14:textId="77777777" w:rsidR="009750CE" w:rsidRDefault="009750CE"/>
    <w:p w14:paraId="12801F0C" w14:textId="77777777" w:rsidR="00342B8E" w:rsidRDefault="00000000">
      <w:r>
        <w:t>12. The complement of an angle is 18°. What is the angle?</w:t>
      </w:r>
    </w:p>
    <w:p w14:paraId="088F26A9" w14:textId="77777777" w:rsidR="009750CE" w:rsidRDefault="009750CE"/>
    <w:p w14:paraId="602CAB79" w14:textId="77777777" w:rsidR="009750CE" w:rsidRDefault="009750CE"/>
    <w:p w14:paraId="5833BF16" w14:textId="77777777" w:rsidR="00342B8E" w:rsidRDefault="00000000">
      <w:r>
        <w:t>13. In a quadrilateral, three angles measure 85°, 95°, and 110°. Find the fourth angle.</w:t>
      </w:r>
    </w:p>
    <w:p w14:paraId="2327BCF4" w14:textId="77777777" w:rsidR="009750CE" w:rsidRDefault="009750CE"/>
    <w:p w14:paraId="02244885" w14:textId="77777777" w:rsidR="009750CE" w:rsidRDefault="009750CE"/>
    <w:p w14:paraId="5436A3E1" w14:textId="77777777" w:rsidR="00342B8E" w:rsidRDefault="00000000">
      <w:r>
        <w:t>14. An angle is twice its complement. Find the angle.</w:t>
      </w:r>
    </w:p>
    <w:p w14:paraId="7D9BC1E6" w14:textId="77777777" w:rsidR="009750CE" w:rsidRDefault="009750CE"/>
    <w:p w14:paraId="4F39D65D" w14:textId="77777777" w:rsidR="00342B8E" w:rsidRDefault="00000000">
      <w:r>
        <w:t>15. An angle is 30° more than its supplement. Find the angle.</w:t>
      </w:r>
    </w:p>
    <w:p w14:paraId="23C27DAD" w14:textId="77777777" w:rsidR="009750CE" w:rsidRDefault="009750CE"/>
    <w:p w14:paraId="78E18FA3" w14:textId="77777777" w:rsidR="00342B8E" w:rsidRDefault="00000000">
      <w:r>
        <w:t>16. One angle of a triangle is 50°. The other two angles are equal. Find the angles of the triangle.</w:t>
      </w:r>
    </w:p>
    <w:p w14:paraId="228513D1" w14:textId="77777777" w:rsidR="009750CE" w:rsidRDefault="009750CE"/>
    <w:p w14:paraId="005068F7" w14:textId="77777777" w:rsidR="00342B8E" w:rsidRDefault="00000000">
      <w:r>
        <w:t>17. In a regular hexagon, find one interior and one exterior angle.</w:t>
      </w:r>
    </w:p>
    <w:p w14:paraId="0A802FE7" w14:textId="77777777" w:rsidR="009750CE" w:rsidRDefault="009750CE"/>
    <w:p w14:paraId="73D8464B" w14:textId="77777777" w:rsidR="009750CE" w:rsidRDefault="009750CE"/>
    <w:p w14:paraId="27D76BE0" w14:textId="77777777" w:rsidR="00342B8E" w:rsidRDefault="00000000">
      <w:r>
        <w:t>18. A polygon has each interior angle 135°. How many sides does it have?</w:t>
      </w:r>
    </w:p>
    <w:p w14:paraId="6249DCA2" w14:textId="77777777" w:rsidR="009750CE" w:rsidRDefault="009750CE"/>
    <w:p w14:paraId="528E4B4F" w14:textId="77777777" w:rsidR="009750CE" w:rsidRDefault="009750CE"/>
    <w:p w14:paraId="0E52474C" w14:textId="77777777" w:rsidR="00342B8E" w:rsidRDefault="00000000">
      <w:r>
        <w:t>19. The difference between an angle and its complement is 26°. Find the angle.</w:t>
      </w:r>
    </w:p>
    <w:p w14:paraId="701DC0A4" w14:textId="77777777" w:rsidR="009750CE" w:rsidRDefault="009750CE"/>
    <w:p w14:paraId="46C533C0" w14:textId="77777777" w:rsidR="009750CE" w:rsidRDefault="009750CE"/>
    <w:p w14:paraId="0585E516" w14:textId="77777777" w:rsidR="00342B8E" w:rsidRDefault="00000000">
      <w:r>
        <w:t>20. A reflex angle is 250°. Find its corresponding smaller angle.</w:t>
      </w:r>
    </w:p>
    <w:p w14:paraId="5A4CEC8E" w14:textId="77777777" w:rsidR="009750CE" w:rsidRDefault="009750CE"/>
    <w:p w14:paraId="4BEAD1B1" w14:textId="77777777" w:rsidR="009750CE" w:rsidRDefault="009750CE"/>
    <w:p w14:paraId="7CB2327D" w14:textId="4B618C31" w:rsidR="00342B8E" w:rsidRDefault="00000000">
      <w:pPr>
        <w:pStyle w:val="Heading1"/>
      </w:pPr>
      <w:r>
        <w:t>Part C</w:t>
      </w:r>
      <w:r w:rsidR="009750CE">
        <w:t xml:space="preserve">- </w:t>
      </w:r>
    </w:p>
    <w:p w14:paraId="5B47D9C6" w14:textId="77777777" w:rsidR="00342B8E" w:rsidRDefault="00000000">
      <w:r>
        <w:t>21. In a quadrilateral, one angle is 90°. The other three are equal. Find each of the equal angles.</w:t>
      </w:r>
    </w:p>
    <w:p w14:paraId="1B2F61AC" w14:textId="77777777" w:rsidR="009750CE" w:rsidRDefault="009750CE"/>
    <w:p w14:paraId="02D5185D" w14:textId="77777777" w:rsidR="009750CE" w:rsidRDefault="009750CE"/>
    <w:p w14:paraId="6E7A5E37" w14:textId="77777777" w:rsidR="00342B8E" w:rsidRDefault="00000000">
      <w:r>
        <w:t xml:space="preserve">22. A triangle has angles in the ratio </w:t>
      </w:r>
      <w:proofErr w:type="gramStart"/>
      <w:r>
        <w:t>2 :</w:t>
      </w:r>
      <w:proofErr w:type="gramEnd"/>
      <w:r>
        <w:t xml:space="preserve"> </w:t>
      </w:r>
      <w:proofErr w:type="gramStart"/>
      <w:r>
        <w:t>3 :</w:t>
      </w:r>
      <w:proofErr w:type="gramEnd"/>
      <w:r>
        <w:t xml:space="preserve"> 4. Find the three angles.</w:t>
      </w:r>
    </w:p>
    <w:p w14:paraId="5B5172C6" w14:textId="77777777" w:rsidR="009750CE" w:rsidRDefault="009750CE"/>
    <w:p w14:paraId="2BA8080B" w14:textId="77777777" w:rsidR="009750CE" w:rsidRDefault="009750CE"/>
    <w:p w14:paraId="677D434A" w14:textId="77777777" w:rsidR="00342B8E" w:rsidRDefault="00000000">
      <w:r>
        <w:t>23. The sum of two supplementary angles is 180°. If one angle is 4 times the other, find both.</w:t>
      </w:r>
    </w:p>
    <w:p w14:paraId="5E5025E5" w14:textId="77777777" w:rsidR="009750CE" w:rsidRDefault="009750CE"/>
    <w:p w14:paraId="4F3B0BCB" w14:textId="77777777" w:rsidR="009750CE" w:rsidRDefault="009750CE"/>
    <w:p w14:paraId="4B8B4985" w14:textId="77777777" w:rsidR="00342B8E" w:rsidRDefault="00000000">
      <w:r>
        <w:t>24. A regular polygon has each exterior angle 24°. How many sides does it have?</w:t>
      </w:r>
    </w:p>
    <w:p w14:paraId="67A81F42" w14:textId="77777777" w:rsidR="009750CE" w:rsidRDefault="009750CE"/>
    <w:p w14:paraId="76BBF3F2" w14:textId="77777777" w:rsidR="009750CE" w:rsidRDefault="009750CE"/>
    <w:p w14:paraId="399052C7" w14:textId="77777777" w:rsidR="00342B8E" w:rsidRDefault="00000000">
      <w:r>
        <w:t>25. A regular polygon has an interior angle of 162°. Find the number of sides of the polygon.</w:t>
      </w:r>
    </w:p>
    <w:p w14:paraId="526F27FC" w14:textId="77777777" w:rsidR="009750CE" w:rsidRDefault="009750CE"/>
    <w:sectPr w:rsidR="009750C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4029797">
    <w:abstractNumId w:val="8"/>
  </w:num>
  <w:num w:numId="2" w16cid:durableId="1192717988">
    <w:abstractNumId w:val="6"/>
  </w:num>
  <w:num w:numId="3" w16cid:durableId="535966601">
    <w:abstractNumId w:val="5"/>
  </w:num>
  <w:num w:numId="4" w16cid:durableId="845249653">
    <w:abstractNumId w:val="4"/>
  </w:num>
  <w:num w:numId="5" w16cid:durableId="1602447176">
    <w:abstractNumId w:val="7"/>
  </w:num>
  <w:num w:numId="6" w16cid:durableId="842168437">
    <w:abstractNumId w:val="3"/>
  </w:num>
  <w:num w:numId="7" w16cid:durableId="1809082917">
    <w:abstractNumId w:val="2"/>
  </w:num>
  <w:num w:numId="8" w16cid:durableId="1199970371">
    <w:abstractNumId w:val="1"/>
  </w:num>
  <w:num w:numId="9" w16cid:durableId="76195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2B8E"/>
    <w:rsid w:val="0074115C"/>
    <w:rsid w:val="009750C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4D7D08"/>
  <w14:defaultImageDpi w14:val="300"/>
  <w15:docId w15:val="{57BCACAA-5078-4144-B302-440795D9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2013-12-23T23:15:00Z</dcterms:created>
  <dcterms:modified xsi:type="dcterms:W3CDTF">2025-08-27T14:09:00Z</dcterms:modified>
  <cp:category/>
</cp:coreProperties>
</file>