
<file path=[Content_Types].xml><?xml version="1.0" encoding="utf-8"?>
<Types xmlns="http://schemas.openxmlformats.org/package/2006/content-types">
  <Default Extension="glb" ContentType="model/gltf.binary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46772" w14:textId="77777777" w:rsidR="008169C4" w:rsidRDefault="00000000">
      <w:pPr>
        <w:pStyle w:val="Heading1"/>
      </w:pPr>
      <w:r>
        <w:t>Worksheet: Naming Shapes (Grade 5)</w:t>
      </w:r>
    </w:p>
    <w:p w14:paraId="392162A5" w14:textId="77777777" w:rsidR="008169C4" w:rsidRDefault="00000000">
      <w:pPr>
        <w:pStyle w:val="Heading2"/>
      </w:pPr>
      <w:r>
        <w:t>Part A – 2D Shapes</w:t>
      </w:r>
    </w:p>
    <w:p w14:paraId="50D232CD" w14:textId="0683E102" w:rsidR="008169C4" w:rsidRDefault="00000000">
      <w:r>
        <w:t xml:space="preserve">1. Name this shape: </w:t>
      </w:r>
    </w:p>
    <w:p w14:paraId="5B4467A1" w14:textId="3A33C1B5" w:rsidR="00596105" w:rsidRDefault="00596105">
      <w:r>
        <w:rPr>
          <w:noProof/>
        </w:rPr>
        <mc:AlternateContent>
          <mc:Choice Requires="wps">
            <w:drawing>
              <wp:inline distT="0" distB="0" distL="0" distR="0" wp14:anchorId="6E9B0AFA" wp14:editId="4D010AF0">
                <wp:extent cx="2224800" cy="604800"/>
                <wp:effectExtent l="50800" t="25400" r="61595" b="81280"/>
                <wp:docPr id="13514896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800" cy="6048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720B5E" id="Rectangle 1" o:spid="_x0000_s1026" style="width:175.2pt;height:4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&#13;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anchorlock/>
              </v:rect>
            </w:pict>
          </mc:Fallback>
        </mc:AlternateContent>
      </w:r>
    </w:p>
    <w:p w14:paraId="68F1BD02" w14:textId="77777777" w:rsidR="00596105" w:rsidRDefault="00596105"/>
    <w:p w14:paraId="48394D6D" w14:textId="77777777" w:rsidR="00596105" w:rsidRDefault="00596105"/>
    <w:p w14:paraId="2AF3BAAA" w14:textId="5D94392A" w:rsidR="008169C4" w:rsidRDefault="00000000">
      <w:r>
        <w:t xml:space="preserve">2. Name this shape: </w:t>
      </w:r>
    </w:p>
    <w:p w14:paraId="5651D782" w14:textId="4637827F" w:rsidR="00596105" w:rsidRDefault="00596105">
      <w:r>
        <w:rPr>
          <w:noProof/>
        </w:rPr>
        <mc:AlternateContent>
          <mc:Choice Requires="wps">
            <w:drawing>
              <wp:inline distT="0" distB="0" distL="0" distR="0" wp14:anchorId="5A96269D" wp14:editId="7F2CB913">
                <wp:extent cx="1785200" cy="1033000"/>
                <wp:effectExtent l="38100" t="25400" r="56515" b="72390"/>
                <wp:docPr id="75299024" name="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200" cy="1033000"/>
                        </a:xfrm>
                        <a:prstGeom prst="triangl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F70F7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2" o:spid="_x0000_s1026" type="#_x0000_t5" style="width:140.55pt;height:8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&#13;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anchorlock/>
              </v:shape>
            </w:pict>
          </mc:Fallback>
        </mc:AlternateContent>
      </w:r>
    </w:p>
    <w:p w14:paraId="5F37D906" w14:textId="77777777" w:rsidR="00596105" w:rsidRDefault="00596105"/>
    <w:p w14:paraId="62972493" w14:textId="77777777" w:rsidR="00596105" w:rsidRDefault="00596105"/>
    <w:p w14:paraId="634CDD94" w14:textId="2E126CAE" w:rsidR="008169C4" w:rsidRDefault="00000000">
      <w:r>
        <w:t>3. Name this shape:</w:t>
      </w:r>
    </w:p>
    <w:p w14:paraId="15C5353D" w14:textId="5E7BF3F7" w:rsidR="00596105" w:rsidRDefault="00596105">
      <w:r>
        <w:rPr>
          <w:noProof/>
        </w:rPr>
        <mc:AlternateContent>
          <mc:Choice Requires="wps">
            <w:drawing>
              <wp:inline distT="0" distB="0" distL="0" distR="0" wp14:anchorId="26284037" wp14:editId="11E2D5D4">
                <wp:extent cx="1101600" cy="1101600"/>
                <wp:effectExtent l="50800" t="25400" r="67310" b="80010"/>
                <wp:docPr id="2005564065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600" cy="110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A8871B" id="Oval 3" o:spid="_x0000_s1026" style="width:86.75pt;height:8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&#13;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w10:anchorlock/>
              </v:oval>
            </w:pict>
          </mc:Fallback>
        </mc:AlternateContent>
      </w:r>
    </w:p>
    <w:p w14:paraId="629B7D24" w14:textId="77777777" w:rsidR="00596105" w:rsidRDefault="00596105"/>
    <w:p w14:paraId="209C3175" w14:textId="77777777" w:rsidR="00596105" w:rsidRDefault="00596105"/>
    <w:p w14:paraId="6D48FC1D" w14:textId="77777777" w:rsidR="00596105" w:rsidRDefault="00596105"/>
    <w:p w14:paraId="3672E8C2" w14:textId="77777777" w:rsidR="00596105" w:rsidRDefault="00596105"/>
    <w:p w14:paraId="16DD5E18" w14:textId="7093763F" w:rsidR="008169C4" w:rsidRDefault="00000000">
      <w:r>
        <w:t xml:space="preserve">4. A shape with 5 equal sides is called a __________________. </w:t>
      </w:r>
    </w:p>
    <w:p w14:paraId="456F84B4" w14:textId="3C4E4F46" w:rsidR="008169C4" w:rsidRDefault="00000000">
      <w:r>
        <w:lastRenderedPageBreak/>
        <w:t xml:space="preserve">5. A shape with 8 equal sides is called a __________________. </w:t>
      </w:r>
    </w:p>
    <w:p w14:paraId="6242B9E4" w14:textId="77777777" w:rsidR="008169C4" w:rsidRDefault="00000000">
      <w:pPr>
        <w:pStyle w:val="Heading2"/>
      </w:pPr>
      <w:r>
        <w:t>Part B – 3D Shapes</w:t>
      </w:r>
    </w:p>
    <w:p w14:paraId="043E0D11" w14:textId="77777777" w:rsidR="00596105" w:rsidRDefault="00000000">
      <w:r>
        <w:t>6. Name this 3D shape:</w:t>
      </w:r>
    </w:p>
    <w:p w14:paraId="34E24B20" w14:textId="61B1FCD9" w:rsidR="008169C4" w:rsidRDefault="00596105">
      <w:pPr>
        <w:rPr>
          <w:noProof/>
        </w:rPr>
      </w:pPr>
      <w:r w:rsidRPr="00596105">
        <w:rPr>
          <w:noProof/>
        </w:rPr>
        <w:t xml:space="preserve"> </w:t>
      </w:r>
      <w:r>
        <w:rPr>
          <w:noProof/>
        </w:rPr>
        <mc:AlternateContent>
          <mc:Choice Requires="am3d">
            <w:drawing>
              <wp:inline distT="0" distB="0" distL="0" distR="0" wp14:anchorId="571717A4" wp14:editId="2E2E3F7D">
                <wp:extent cx="1828800" cy="1950038"/>
                <wp:effectExtent l="0" t="0" r="0" b="0"/>
                <wp:docPr id="1631271552" name="3D Model 4" descr="Rhombohedra 1 Bl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6">
                      <am3d:spPr>
                        <a:xfrm>
                          <a:off x="0" y="0"/>
                          <a:ext cx="1828800" cy="1950038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75275796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119438" d="1000000"/>
                        <am3d:preTrans dx="-4521" dy="-18000000" dz="-3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2976902" ay="4376092" az="2900243"/>
                        <am3d:postTrans dx="0" dy="0" dz="0"/>
                      </am3d:trans>
                      <am3d:raster rName="Office3DRenderer" rVer="16.0.8326">
                        <am3d:blip r:embed="rId7"/>
                      </am3d:raster>
                      <am3d:objViewport viewportSz="3199434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</wp:inline>
            </w:drawing>
          </mc:Choice>
          <mc:Fallback>
            <w:drawing>
              <wp:inline distT="0" distB="0" distL="0" distR="0" wp14:anchorId="571717A4" wp14:editId="2E2E3F7D">
                <wp:extent cx="1828800" cy="1950038"/>
                <wp:effectExtent l="0" t="0" r="0" b="0"/>
                <wp:docPr id="1631271552" name="3D Model 4" descr="Rhombohedra 1 Blue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1271552" name="3D Model 4" descr="Rhombohedra 1 Blue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1949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E1B39F1" w14:textId="77777777" w:rsidR="00596105" w:rsidRDefault="00596105">
      <w:pPr>
        <w:rPr>
          <w:noProof/>
        </w:rPr>
      </w:pPr>
    </w:p>
    <w:p w14:paraId="6F587FCC" w14:textId="76823DFC" w:rsidR="00596105" w:rsidRDefault="00596105"/>
    <w:p w14:paraId="75DD47E6" w14:textId="0B1A29B8" w:rsidR="00596105" w:rsidRDefault="00596105"/>
    <w:p w14:paraId="1D9DB1E0" w14:textId="77777777" w:rsidR="00596105" w:rsidRDefault="00000000">
      <w:r>
        <w:t>7. Name this 3D shape:</w:t>
      </w:r>
    </w:p>
    <w:p w14:paraId="6868E8A8" w14:textId="45BDB358" w:rsidR="008169C4" w:rsidRDefault="00000000">
      <w:r>
        <w:t xml:space="preserve"> </w:t>
      </w:r>
      <w:r w:rsidR="00596105">
        <w:rPr>
          <w:noProof/>
        </w:rPr>
        <mc:AlternateContent>
          <mc:Choice Requires="am3d">
            <w:drawing>
              <wp:inline distT="0" distB="0" distL="0" distR="0" wp14:anchorId="5004FFE8" wp14:editId="6ADA56B3">
                <wp:extent cx="3042925" cy="2180270"/>
                <wp:effectExtent l="0" t="0" r="0" b="4445"/>
                <wp:docPr id="486307009" name="3D Model 5" descr="Domes And Pinacoid Bl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8">
                      <am3d:spPr>
                        <a:xfrm>
                          <a:off x="0" y="0"/>
                          <a:ext cx="3042925" cy="2180270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61634510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105404" d="1000000"/>
                        <am3d:preTrans dx="-38771" dy="-6202928" dz="0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1200000" ay="-1800000" az="-600000"/>
                        <am3d:postTrans dx="0" dy="0" dz="0"/>
                      </am3d:trans>
                      <am3d:raster rName="Office3DRenderer" rVer="16.0.8326">
                        <am3d:blip r:embed="rId9"/>
                      </am3d:raster>
                      <am3d:objViewport viewportSz="3196982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</wp:inline>
            </w:drawing>
          </mc:Choice>
          <mc:Fallback>
            <w:drawing>
              <wp:inline distT="0" distB="0" distL="0" distR="0" wp14:anchorId="5004FFE8" wp14:editId="6ADA56B3">
                <wp:extent cx="3042925" cy="2180270"/>
                <wp:effectExtent l="0" t="0" r="0" b="4445"/>
                <wp:docPr id="486307009" name="3D Model 5" descr="Domes And Pinacoid Blue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6307009" name="3D Model 5" descr="Domes And Pinacoid Blue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2920" cy="2179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DC16F7E" w14:textId="77777777" w:rsidR="00596105" w:rsidRDefault="00596105"/>
    <w:p w14:paraId="0BB2E728" w14:textId="3856E880" w:rsidR="00596105" w:rsidRDefault="00596105"/>
    <w:p w14:paraId="4D2046E1" w14:textId="0219F9C5" w:rsidR="00596105" w:rsidRDefault="00000000">
      <w:r>
        <w:t xml:space="preserve">8. Name this 3D shape: </w:t>
      </w:r>
    </w:p>
    <w:p w14:paraId="08ADCFF2" w14:textId="67AFB7A0" w:rsidR="00596105" w:rsidRDefault="00596105">
      <w:r>
        <w:rPr>
          <w:noProof/>
        </w:rPr>
        <w:lastRenderedPageBreak/>
        <mc:AlternateContent>
          <mc:Choice Requires="am3d">
            <w:drawing>
              <wp:inline distT="0" distB="0" distL="0" distR="0" wp14:anchorId="39A90A0C" wp14:editId="23FFD228">
                <wp:extent cx="1651000" cy="2040697"/>
                <wp:effectExtent l="0" t="0" r="0" b="4445"/>
                <wp:docPr id="199523730" name="3D Model 6" descr="Light Grey Tetrahedr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1651000" cy="2040697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74271989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6166890" d="1000000"/>
                        <am3d:preTrans dx="531" dy="-15492322" dz="-5131587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/>
                        <am3d:postTrans dx="0" dy="0" dz="0"/>
                      </am3d:trans>
                      <am3d:raster rName="Office3DRenderer" rVer="16.0.8326">
                        <am3d:blip r:embed="rId11"/>
                      </am3d:raster>
                      <am3d:objViewport viewportSz="3199707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</wp:inline>
            </w:drawing>
          </mc:Choice>
          <mc:Fallback>
            <w:drawing>
              <wp:inline distT="0" distB="0" distL="0" distR="0" wp14:anchorId="39A90A0C" wp14:editId="23FFD228">
                <wp:extent cx="1651000" cy="2040697"/>
                <wp:effectExtent l="0" t="0" r="0" b="4445"/>
                <wp:docPr id="199523730" name="3D Model 6" descr="Light Grey Tetrahedron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523730" name="3D Model 6" descr="Light Grey Tetrahedron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1000" cy="2040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832EC43" w14:textId="77777777" w:rsidR="00596105" w:rsidRDefault="00596105"/>
    <w:p w14:paraId="280BF330" w14:textId="2EF1540B" w:rsidR="008169C4" w:rsidRDefault="00000000">
      <w:r>
        <w:t xml:space="preserve">9. A shape with a circular base and one curved surface is called a __________________. </w:t>
      </w:r>
    </w:p>
    <w:p w14:paraId="696F0FB2" w14:textId="09A05A2A" w:rsidR="00A960AC" w:rsidRDefault="00A960AC">
      <w:r>
        <w:rPr>
          <w:noProof/>
        </w:rPr>
        <mc:AlternateContent>
          <mc:Choice Requires="am3d">
            <w:drawing>
              <wp:inline distT="0" distB="0" distL="0" distR="0" wp14:anchorId="20F9B80D" wp14:editId="4E82A2EB">
                <wp:extent cx="2030730" cy="1871980"/>
                <wp:effectExtent l="0" t="0" r="0" b="0"/>
                <wp:docPr id="1934811124" name="3D Model 7" descr="C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2">
                      <am3d:spPr>
                        <a:xfrm>
                          <a:off x="0" y="0"/>
                          <a:ext cx="2030730" cy="1871980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79877068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6704480" d="1000000"/>
                        <am3d:preTrans dx="2" dy="-16922770" dz="-2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20400000"/>
                        <am3d:postTrans dx="0" dy="0" dz="0"/>
                      </am3d:trans>
                      <am3d:raster rName="Office3DRenderer" rVer="16.0.8326">
                        <am3d:blip r:embed="rId13"/>
                      </am3d:raster>
                      <am3d:objViewport viewportSz="3198400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</wp:inline>
            </w:drawing>
          </mc:Choice>
          <mc:Fallback>
            <w:drawing>
              <wp:inline distT="0" distB="0" distL="0" distR="0" wp14:anchorId="20F9B80D" wp14:editId="4E82A2EB">
                <wp:extent cx="2030730" cy="1871980"/>
                <wp:effectExtent l="0" t="0" r="0" b="0"/>
                <wp:docPr id="1934811124" name="3D Model 7" descr="Cone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4811124" name="3D Model 7" descr="Cone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0730" cy="187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83561AE" w14:textId="77777777" w:rsidR="00596105" w:rsidRDefault="00596105"/>
    <w:p w14:paraId="6D7D3547" w14:textId="1D3471F3" w:rsidR="008169C4" w:rsidRDefault="00A960AC">
      <w:r>
        <w:rPr>
          <w:noProof/>
        </w:rPr>
        <mc:AlternateContent>
          <mc:Choice Requires="am3d">
            <w:drawing>
              <wp:anchor distT="0" distB="0" distL="114300" distR="114300" simplePos="0" relativeHeight="251659264" behindDoc="0" locked="0" layoutInCell="1" allowOverlap="1" wp14:anchorId="0721F5D5" wp14:editId="64A7431E">
                <wp:simplePos x="0" y="0"/>
                <wp:positionH relativeFrom="column">
                  <wp:posOffset>-159064</wp:posOffset>
                </wp:positionH>
                <wp:positionV relativeFrom="paragraph">
                  <wp:posOffset>282456</wp:posOffset>
                </wp:positionV>
                <wp:extent cx="1726492" cy="2641102"/>
                <wp:effectExtent l="0" t="0" r="0" b="635"/>
                <wp:wrapNone/>
                <wp:docPr id="1460052761" name="3D Model 8" descr="Cylin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4">
                      <am3d:spPr>
                        <a:xfrm>
                          <a:off x="0" y="0"/>
                          <a:ext cx="1726492" cy="2641102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62782805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7159681" d="1000000"/>
                        <am3d:preTrans dx="22" dy="-18000000" dz="6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16200000" ay="3600000" az="16200000"/>
                        <am3d:postTrans dx="0" dy="0" dz="0"/>
                      </am3d:trans>
                      <am3d:raster rName="Office3DRenderer" rVer="16.0.8326">
                        <am3d:blip r:embed="rId15"/>
                      </am3d:raster>
                      <am3d:objViewport viewportSz="3198047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0721F5D5" wp14:editId="64A7431E">
                <wp:simplePos x="0" y="0"/>
                <wp:positionH relativeFrom="column">
                  <wp:posOffset>-159064</wp:posOffset>
                </wp:positionH>
                <wp:positionV relativeFrom="paragraph">
                  <wp:posOffset>282456</wp:posOffset>
                </wp:positionV>
                <wp:extent cx="1726492" cy="2641102"/>
                <wp:effectExtent l="0" t="0" r="0" b="635"/>
                <wp:wrapNone/>
                <wp:docPr id="1460052761" name="3D Model 8" descr="Cylinder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0052761" name="3D Model 8" descr="Cylinder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930" cy="2640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000000">
        <w:t xml:space="preserve">10. A shape with two circular bases and one curved surface is called a __________________. </w:t>
      </w:r>
    </w:p>
    <w:p w14:paraId="7771D183" w14:textId="769DC250" w:rsidR="008169C4" w:rsidRDefault="00000000">
      <w:r>
        <w:br/>
      </w:r>
    </w:p>
    <w:sectPr w:rsidR="008169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6929871">
    <w:abstractNumId w:val="8"/>
  </w:num>
  <w:num w:numId="2" w16cid:durableId="165747681">
    <w:abstractNumId w:val="6"/>
  </w:num>
  <w:num w:numId="3" w16cid:durableId="1105274874">
    <w:abstractNumId w:val="5"/>
  </w:num>
  <w:num w:numId="4" w16cid:durableId="1773165577">
    <w:abstractNumId w:val="4"/>
  </w:num>
  <w:num w:numId="5" w16cid:durableId="1867524971">
    <w:abstractNumId w:val="7"/>
  </w:num>
  <w:num w:numId="6" w16cid:durableId="208421702">
    <w:abstractNumId w:val="3"/>
  </w:num>
  <w:num w:numId="7" w16cid:durableId="1642267602">
    <w:abstractNumId w:val="2"/>
  </w:num>
  <w:num w:numId="8" w16cid:durableId="543445615">
    <w:abstractNumId w:val="1"/>
  </w:num>
  <w:num w:numId="9" w16cid:durableId="24025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6105"/>
    <w:rsid w:val="0074115C"/>
    <w:rsid w:val="008169C4"/>
    <w:rsid w:val="00A960A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0ADA09"/>
  <w14:defaultImageDpi w14:val="300"/>
  <w15:docId w15:val="{57BCACAA-5078-4144-B302-440795D9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7/06/relationships/model3d" Target="media/model3d2.glb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7/06/relationships/model3d" Target="media/model3d4.glb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17/06/relationships/model3d" Target="media/model3d1.glb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microsoft.com/office/2017/06/relationships/model3d" Target="media/model3d3.glb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7/06/relationships/model3d" Target="media/model3d5.glb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2025-08-27T11:38:00Z</dcterms:modified>
  <cp:category/>
</cp:coreProperties>
</file>